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RISARCIMENTO DANNI</w:t>
      </w:r>
    </w:p>
    <w:p>
      <w:pPr>
        <w:jc w:val="center"/>
      </w:pPr>
      <w:r>
        <w:rPr>
          <w:b/>
          <w:sz w:val="20"/>
        </w:rPr>
        <w:t>ASSICURAZIONE PROFESSIONALE - FAC SIMILE</w:t>
      </w:r>
    </w:p>
    <w:p/>
    <w:p/>
    <w:p>
      <w:r>
        <w:rPr>
          <w:b/>
          <w:sz w:val="20"/>
        </w:rPr>
        <w:t>Spett.le Società Assicuratrice :</w:t>
      </w:r>
    </w:p>
    <w:p>
      <w:r>
        <w:rPr>
          <w:b w:val="0"/>
          <w:sz w:val="20"/>
        </w:rPr>
        <w:t>Indirizzo : __________________________________________________________</w:t>
      </w:r>
    </w:p>
    <w:p>
      <w:r>
        <w:rPr>
          <w:b w:val="0"/>
          <w:sz w:val="20"/>
        </w:rPr>
        <w:t>CAP, Città : _________________________________________________________</w:t>
      </w:r>
    </w:p>
    <w:p>
      <w:r>
        <w:rPr>
          <w:b w:val="0"/>
          <w:sz w:val="20"/>
        </w:rPr>
        <w:t>PEC o Email : _______________________________________________________</w:t>
      </w:r>
    </w:p>
    <w:p/>
    <w:p/>
    <w:p>
      <w:r>
        <w:rPr>
          <w:b/>
          <w:sz w:val="20"/>
        </w:rPr>
        <w:t>Dati del Contraente / Richiedente :</w:t>
      </w:r>
    </w:p>
    <w:p>
      <w:r>
        <w:rPr>
          <w:b w:val="0"/>
          <w:sz w:val="20"/>
        </w:rPr>
        <w:t>Nome e Cognome / Ragione Sociale : ____________________________________</w:t>
      </w:r>
    </w:p>
    <w:p>
      <w:r>
        <w:rPr>
          <w:b w:val="0"/>
          <w:sz w:val="20"/>
        </w:rPr>
        <w:t>Codice Fiscale / Partita IVA : ________________________________________</w:t>
      </w:r>
    </w:p>
    <w:p>
      <w:r>
        <w:rPr>
          <w:b w:val="0"/>
          <w:sz w:val="20"/>
        </w:rPr>
        <w:t>Indirizzo Residenza / Sede Legale : ___________________________________</w:t>
      </w:r>
    </w:p>
    <w:p>
      <w:r>
        <w:rPr>
          <w:b w:val="0"/>
          <w:sz w:val="20"/>
        </w:rPr>
        <w:t>CAP, Città : _________________________________________________________</w:t>
      </w:r>
    </w:p>
    <w:p>
      <w:r>
        <w:rPr>
          <w:b w:val="0"/>
          <w:sz w:val="20"/>
        </w:rPr>
        <w:t>Telefono : 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</w:t>
      </w:r>
    </w:p>
    <w:p/>
    <w:p/>
    <w:p>
      <w:r>
        <w:rPr>
          <w:b/>
          <w:sz w:val="20"/>
        </w:rPr>
        <w:t>Oggetto : Richiesta di risarcimento danni ai sensi della polizza di assicurazione professionale</w:t>
      </w:r>
    </w:p>
    <w:p/>
    <w:p>
      <w:r>
        <w:rPr>
          <w:b/>
          <w:sz w:val="20"/>
        </w:rPr>
        <w:t>Premesso che :</w:t>
      </w:r>
    </w:p>
    <w:p>
      <w:r>
        <w:rPr>
          <w:b w:val="0"/>
          <w:sz w:val="20"/>
        </w:rPr>
        <w:t>- Il sottoscritto è titolare della polizza assicurativa n. ____________________, stipulata in data ______________, con la Vostra Società;</w:t>
      </w:r>
    </w:p>
    <w:p>
      <w:r>
        <w:rPr>
          <w:b w:val="0"/>
          <w:sz w:val="20"/>
        </w:rPr>
        <w:t>- Nel corso dell’attività professionale svolta in qualità di ____________________________, si è verificato un evento che ha causato danni a terzi;</w:t>
      </w:r>
    </w:p>
    <w:p>
      <w:r>
        <w:rPr>
          <w:b w:val="0"/>
          <w:sz w:val="20"/>
        </w:rPr>
        <w:t>- L’evento dannoso è riconducibile a _______________________________________________________________;</w:t>
      </w:r>
    </w:p>
    <w:p>
      <w:r>
        <w:rPr>
          <w:b w:val="0"/>
          <w:sz w:val="20"/>
        </w:rPr>
        <w:t>- Lo stesso ha determinato un danno economico quantificabile, come descritto di seguito;</w:t>
      </w:r>
    </w:p>
    <w:p/>
    <w:p>
      <w:r>
        <w:rPr>
          <w:b/>
          <w:sz w:val="20"/>
        </w:rPr>
        <w:t>Descrizione dettagliata del sinistro 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Danni subiti e quantificazione :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Documentazione allegata a supporto della richiesta :</w:t>
      </w:r>
    </w:p>
    <w:p>
      <w:r>
        <w:rPr>
          <w:b w:val="0"/>
          <w:sz w:val="20"/>
        </w:rPr>
        <w:t>- Copia della polizza assicurativa;</w:t>
      </w:r>
    </w:p>
    <w:p>
      <w:r>
        <w:rPr>
          <w:b w:val="0"/>
          <w:sz w:val="20"/>
        </w:rPr>
        <w:t>- Relazione dettagliata dell’evento;</w:t>
      </w:r>
    </w:p>
    <w:p>
      <w:r>
        <w:rPr>
          <w:b w:val="0"/>
          <w:sz w:val="20"/>
        </w:rPr>
        <w:t>- Documentazione comprovante il danno subito;</w:t>
      </w:r>
    </w:p>
    <w:p>
      <w:r>
        <w:rPr>
          <w:b w:val="0"/>
          <w:sz w:val="20"/>
        </w:rPr>
        <w:t>- Eventuali comunicazioni intercorsi con terze parti;</w:t>
      </w:r>
    </w:p>
    <w:p>
      <w:r>
        <w:rPr>
          <w:b w:val="0"/>
          <w:sz w:val="20"/>
        </w:rPr>
        <w:t>- Altri documenti rilevanti : ________________________________________________</w:t>
      </w:r>
    </w:p>
    <w:p/>
    <w:p>
      <w:r>
        <w:rPr>
          <w:b/>
          <w:sz w:val="20"/>
        </w:rPr>
        <w:t>Per tutto quanto sopra esposto, il sottoscritto:</w:t>
      </w:r>
    </w:p>
    <w:p>
      <w:r>
        <w:rPr>
          <w:b/>
          <w:sz w:val="20"/>
        </w:rPr>
        <w:t>- CHIEDE</w:t>
      </w:r>
    </w:p>
    <w:p>
      <w:r>
        <w:rPr>
          <w:b w:val="0"/>
          <w:sz w:val="20"/>
        </w:rPr>
        <w:t>che venga riconosciuto e liquidato il danno subito ai sensi e per gli effetti della polizza di assicurazione professionale stipulata con la Vostra Società.</w:t>
      </w:r>
    </w:p>
    <w:p/>
    <w:p>
      <w:r>
        <w:rPr>
          <w:b/>
          <w:sz w:val="20"/>
        </w:rPr>
        <w:t>Dichiara inoltre :</w:t>
      </w:r>
    </w:p>
    <w:p>
      <w:r>
        <w:rPr>
          <w:b w:val="0"/>
          <w:sz w:val="20"/>
        </w:rPr>
        <w:t>- di aver adottato ogni misura idonea a limitare i danni;</w:t>
      </w:r>
    </w:p>
    <w:p>
      <w:r>
        <w:rPr>
          <w:b w:val="0"/>
          <w:sz w:val="20"/>
        </w:rPr>
        <w:t>- che quanto riportato nella presente richiesta corrisponde a verità e che ogni documento prodotto è autentico;</w:t>
      </w:r>
    </w:p>
    <w:p>
      <w:r>
        <w:rPr>
          <w:b w:val="0"/>
          <w:sz w:val="20"/>
        </w:rPr>
        <w:t>- di essere a disposizione per fornire ulteriori chiarimenti o documentazioni ritenute necessarie.</w:t>
      </w:r>
    </w:p>
    <w:p/>
    <w:p/>
    <w:p>
      <w:r>
        <w:rPr>
          <w:b w:val="0"/>
          <w:sz w:val="20"/>
        </w:rPr>
        <w:t>Luogo : _________________________________________________________________</w:t>
      </w:r>
    </w:p>
    <w:p>
      <w:r>
        <w:rPr>
          <w:b w:val="0"/>
          <w:sz w:val="20"/>
        </w:rPr>
        <w:t>Firma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Contraente /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per ricevuta della Società Assicuratrice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https://richiesta-pronta.com/richiesta-risarcimento-danni-assicurazione-professionale-fac-simile/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risarcimento-danni-assicurazione-professionale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