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RICHIESTA DI RIDUZIONE DELL’ORARIO DI LAVORO</w:t>
      </w:r>
    </w:p>
    <w:p/>
    <w:p/>
    <w:p>
      <w:r>
        <w:rPr>
          <w:b/>
          <w:sz w:val="20"/>
        </w:rPr>
        <w:t>Al Sig./Alla Sig.ra _______________________________</w:t>
      </w:r>
    </w:p>
    <w:p>
      <w:r>
        <w:rPr>
          <w:b w:val="0"/>
          <w:sz w:val="20"/>
        </w:rPr>
        <w:t>Responsabile _______________________________</w:t>
      </w:r>
    </w:p>
    <w:p>
      <w:r>
        <w:rPr>
          <w:b w:val="0"/>
          <w:sz w:val="20"/>
        </w:rPr>
        <w:t>Presente presso la sede di _______________________________</w:t>
      </w:r>
    </w:p>
    <w:p/>
    <w:p/>
    <w:p>
      <w:r>
        <w:rPr>
          <w:b/>
          <w:sz w:val="20"/>
        </w:rPr>
        <w:t>Il/la sottoscritto/a:</w:t>
      </w:r>
    </w:p>
    <w:p>
      <w:r>
        <w:rPr>
          <w:b w:val="0"/>
          <w:sz w:val="20"/>
        </w:rPr>
        <w:t>Nome e Cognome: _____________________________________________</w:t>
      </w:r>
    </w:p>
    <w:p>
      <w:r>
        <w:rPr>
          <w:b w:val="0"/>
          <w:sz w:val="20"/>
        </w:rPr>
        <w:t>Posizione lavorativa: _________________________________________</w:t>
      </w:r>
    </w:p>
    <w:p>
      <w:r>
        <w:rPr>
          <w:b w:val="0"/>
          <w:sz w:val="20"/>
        </w:rPr>
        <w:t>Dipendente presso: ___________________________________________</w:t>
      </w:r>
    </w:p>
    <w:p>
      <w:r>
        <w:rPr>
          <w:b w:val="0"/>
          <w:sz w:val="20"/>
        </w:rPr>
        <w:t>Matricola/ID: ________________________________________________</w:t>
      </w:r>
    </w:p>
    <w:p/>
    <w:p/>
    <w:p>
      <w:r>
        <w:rPr>
          <w:b/>
          <w:sz w:val="20"/>
        </w:rPr>
        <w:t>Oggetto: Richiesta di riduzione dell’orario di lavoro</w:t>
      </w:r>
    </w:p>
    <w:p/>
    <w:p>
      <w:r>
        <w:rPr>
          <w:b w:val="0"/>
          <w:sz w:val="20"/>
        </w:rPr>
        <w:t>Con la presente, il/la sottoscritto/a, in conformità alle disposizioni di legge vigenti e ai sensi del contratto collettivo nazionale di lavoro applicato, richiede formalmente una riduzione dell’orario di lavoro, motivata da esigenze personali e/o familiari, con la seguente specifica modalità:</w:t>
      </w:r>
    </w:p>
    <w:p/>
    <w:p>
      <w:r>
        <w:rPr>
          <w:b w:val="0"/>
          <w:sz w:val="20"/>
        </w:rPr>
        <w:t>– Orario di lavoro attuale: _______________________________</w:t>
      </w:r>
    </w:p>
    <w:p>
      <w:r>
        <w:rPr>
          <w:b w:val="0"/>
          <w:sz w:val="20"/>
        </w:rPr>
        <w:t>– Orario di lavoro richiesto: ______________________________</w:t>
      </w:r>
    </w:p>
    <w:p>
      <w:r>
        <w:rPr>
          <w:b w:val="0"/>
          <w:sz w:val="20"/>
        </w:rPr>
        <w:t>– Durata prevista della riduzione oraria: ___________________</w:t>
      </w:r>
    </w:p>
    <w:p/>
    <w:p>
      <w:r>
        <w:rPr>
          <w:b w:val="0"/>
          <w:sz w:val="20"/>
        </w:rPr>
        <w:t>La presente richiesta è avanzata nel rispetto delle normative vigenti, in particolare dell’articolo 4, comma 2, della Legge 8 marzo 2000, n. 53, e successive modifiche, nonché delle disposizioni contrattuali applicabili al rapporto di lavoro in essere.</w:t>
      </w:r>
    </w:p>
    <w:p/>
    <w:p>
      <w:r>
        <w:rPr>
          <w:b w:val="0"/>
          <w:sz w:val="20"/>
        </w:rPr>
        <w:t>Si allegano eventuali documenti giustificativi a supporto della presente richiesta, come previsto dalla normativa e dal contratto collettivo.</w:t>
      </w:r>
    </w:p>
    <w:p/>
    <w:p/>
    <w:p>
      <w:r>
        <w:rPr>
          <w:b w:val="0"/>
          <w:sz w:val="20"/>
        </w:rPr>
        <w:t>In attesa di un cortese riscontro, porgo distinti saluti.</w:t>
      </w:r>
    </w:p>
    <w:p/>
    <w:p/>
    <w:p/>
    <w:p>
      <w:r>
        <w:rPr>
          <w:b w:val="0"/>
          <w:sz w:val="20"/>
        </w:rPr>
        <w:t>Luogo: _____________________________________________</w:t>
      </w:r>
    </w:p>
    <w:p>
      <w:r>
        <w:rPr>
          <w:b w:val="0"/>
          <w:sz w:val="20"/>
        </w:rPr>
        <w:t>Firma: 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DIPENDENTE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DATORE DI LAVORO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Nome: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Nome: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originale di questo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https://richiesta-pronta.com/richiesta-riduzione-orario-di-lavoro-fac-simile/</w:t>
        </w:r>
      </w:hyperlink>
    </w:p>
    <w:p>
      <w:pPr>
        <w:jc w:val="center"/>
      </w:pPr>
      <w:r>
        <w:rPr>
          <w:color w:val="555555"/>
          <w:sz w:val="26"/>
        </w:rPr>
        <w:t>Questo modello ti è stato utile?</w:t>
      </w:r>
    </w:p>
    <w:p>
      <w:pPr>
        <w:jc w:val="center"/>
      </w:pPr>
      <w:r>
        <w:rPr>
          <w:color w:val="555555"/>
          <w:sz w:val="26"/>
        </w:rPr>
        <w:t>Trova altri modelli aggiornati su: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https://richiesta-pronta.com</w:t>
        </w:r>
      </w:hyperlink>
    </w:p>
    <w:p>
      <w:pPr>
        <w:jc w:val="center"/>
      </w:pPr>
      <w:r>
        <w:rPr>
          <w:color w:val="808080"/>
          <w:sz w:val="20"/>
        </w:rPr>
        <w:t>Questo modello è destinato esclusivamente a un uso personale e non commerciale.</w:t>
        <w:br/>
        <w:t>Qualsiasi diffusione o pubblicazione deve citare obbligatoriamente la fonte. © richiesta-pronta.com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richiesta-pronta.com/richiesta-riduzione-orario-di-lavoro-fac-simile/" TargetMode="External"/><Relationship Id="rId10" Type="http://schemas.openxmlformats.org/officeDocument/2006/relationships/hyperlink" Target="https://richiesta-pronta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