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REVOCA FERMO AMMINISTRATIVO</w:t>
      </w:r>
    </w:p>
    <w:p/>
    <w:p>
      <w:r>
        <w:rPr>
          <w:b/>
          <w:sz w:val="20"/>
        </w:rPr>
        <w:t>Al Responsabile dell'Ufficio Revoche Fermi Amministrativi</w:t>
      </w:r>
    </w:p>
    <w:p>
      <w:r>
        <w:rPr>
          <w:b w:val="0"/>
          <w:sz w:val="20"/>
        </w:rPr>
        <w:t>Agenzia delle Entrate - Riscossione</w:t>
      </w:r>
    </w:p>
    <w:p>
      <w:r>
        <w:rPr>
          <w:b w:val="0"/>
          <w:sz w:val="20"/>
        </w:rPr>
        <w:t>Indirizzo Ufficio Competente: ________________________________________</w:t>
      </w:r>
    </w:p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e Cognome / Ragione Sociale : ___________________________________</w:t>
      </w:r>
    </w:p>
    <w:p>
      <w:r>
        <w:rPr>
          <w:b w:val="0"/>
          <w:sz w:val="20"/>
        </w:rPr>
        <w:t>Codice Fiscale / Partita IVA : ________________________________________</w:t>
      </w:r>
    </w:p>
    <w:p>
      <w:r>
        <w:rPr>
          <w:b w:val="0"/>
          <w:sz w:val="20"/>
        </w:rPr>
        <w:t>Indirizzo : 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</w:t>
      </w:r>
    </w:p>
    <w:p/>
    <w:p>
      <w:r>
        <w:rPr>
          <w:b/>
          <w:sz w:val="20"/>
        </w:rPr>
        <w:t>DATI DEL VEICOLO / BENE SOTTOPOSTO A FERMO AMMINISTRATIVO</w:t>
      </w:r>
    </w:p>
    <w:p>
      <w:r>
        <w:rPr>
          <w:b w:val="0"/>
          <w:sz w:val="20"/>
        </w:rPr>
        <w:t>Tipo di bene : _______________________________________________________</w:t>
      </w:r>
    </w:p>
    <w:p>
      <w:r>
        <w:rPr>
          <w:b w:val="0"/>
          <w:sz w:val="20"/>
        </w:rPr>
        <w:t>Marca / Modello : ____________________________________________________</w:t>
      </w:r>
    </w:p>
    <w:p>
      <w:r>
        <w:rPr>
          <w:b w:val="0"/>
          <w:sz w:val="20"/>
        </w:rPr>
        <w:t>Targa / Numero identificativo : _______________________________________</w:t>
      </w:r>
    </w:p>
    <w:p>
      <w:r>
        <w:rPr>
          <w:b w:val="0"/>
          <w:sz w:val="20"/>
        </w:rPr>
        <w:t>Anno di immatricolazione / Acquisto : 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Richiesta di revoca del fermo amministrativo notificato in data ________________, relativo al debito con codice ruolo ________________, per l'importo di € ____________, come da comunicazione ricevuta.</w:t>
      </w:r>
    </w:p>
    <w:p/>
    <w:p>
      <w:r>
        <w:rPr>
          <w:b/>
          <w:sz w:val="20"/>
        </w:rPr>
        <w:t>MOTIVAZIONE DELLA RICHIESTA:</w:t>
      </w:r>
    </w:p>
    <w:p>
      <w:r>
        <w:rPr>
          <w:b w:val="0"/>
          <w:sz w:val="20"/>
        </w:rPr>
        <w:t>Il sottoscritto richiede la revoca del fermo amministrativo in quanto:</w:t>
      </w:r>
    </w:p>
    <w:p>
      <w:pPr>
        <w:pStyle w:val="ListBullet"/>
      </w:pPr>
      <w:r>
        <w:rPr>
          <w:sz w:val="20"/>
        </w:rPr>
        <w:t>è stato effettuato il pagamento integrale del debito;</w:t>
      </w:r>
    </w:p>
    <w:p>
      <w:pPr>
        <w:pStyle w:val="ListBullet"/>
      </w:pPr>
      <w:r>
        <w:rPr>
          <w:sz w:val="20"/>
        </w:rPr>
        <w:t>è stato definito un piano di rateizzazione in corso di regolare esecuzione;</w:t>
      </w:r>
    </w:p>
    <w:p>
      <w:pPr>
        <w:pStyle w:val="ListBullet"/>
      </w:pPr>
      <w:r>
        <w:rPr>
          <w:sz w:val="20"/>
        </w:rPr>
        <w:t>è stata presentata istanza di sospensione o annullamento del debito;</w:t>
      </w:r>
    </w:p>
    <w:p>
      <w:pPr>
        <w:pStyle w:val="ListBullet"/>
      </w:pPr>
      <w:r>
        <w:rPr>
          <w:sz w:val="20"/>
        </w:rPr>
        <w:t>sono stati forniti documenti comprovanti l'erronea applicazione del fermo;</w:t>
      </w:r>
    </w:p>
    <w:p>
      <w:pPr>
        <w:pStyle w:val="ListBullet"/>
      </w:pPr>
      <w:r>
        <w:rPr>
          <w:sz w:val="20"/>
        </w:rPr>
        <w:t>altro motivo giustificativo (specificare): ____________________________________</w:t>
      </w:r>
    </w:p>
    <w:p/>
    <w:p>
      <w:r>
        <w:rPr>
          <w:b/>
          <w:sz w:val="20"/>
        </w:rPr>
        <w:t>DICHIARAZIONE</w:t>
      </w:r>
    </w:p>
    <w:p>
      <w:r>
        <w:rPr>
          <w:b w:val="0"/>
          <w:sz w:val="20"/>
        </w:rPr>
        <w:t>Il sottoscritto dichiara sotto la propria responsabilità la veridicità di quanto sopra esposto, consapevole delle sanzioni penali previste in caso di dichiarazioni mendaci ai sensi degli articoli 75 e 76 del D.P.R. 445/2000.</w:t>
      </w:r>
    </w:p>
    <w:p/>
    <w:p>
      <w:r>
        <w:rPr>
          <w:b/>
          <w:sz w:val="20"/>
        </w:rPr>
        <w:t>DOCUMENTI ALLEGATI:</w:t>
      </w:r>
    </w:p>
    <w:p>
      <w:pPr>
        <w:pStyle w:val="ListBullet"/>
      </w:pPr>
      <w:r>
        <w:rPr>
          <w:sz w:val="20"/>
        </w:rPr>
        <w:t>Copia del documento di identità in corso di validità;</w:t>
      </w:r>
    </w:p>
    <w:p>
      <w:pPr>
        <w:pStyle w:val="ListBullet"/>
      </w:pPr>
      <w:r>
        <w:rPr>
          <w:sz w:val="20"/>
        </w:rPr>
        <w:t>Copia della comunicazione di fermo amministrativo;</w:t>
      </w:r>
    </w:p>
    <w:p>
      <w:pPr>
        <w:pStyle w:val="ListBullet"/>
      </w:pPr>
      <w:r>
        <w:rPr>
          <w:sz w:val="20"/>
        </w:rPr>
        <w:t>Ricevute di pagamento o accordi di rateizzazione;</w:t>
      </w:r>
    </w:p>
    <w:p>
      <w:pPr>
        <w:pStyle w:val="ListBullet"/>
      </w:pPr>
      <w:r>
        <w:rPr>
          <w:sz w:val="20"/>
        </w:rPr>
        <w:t>Eventuali altri documenti giustificativi.</w:t>
      </w:r>
    </w:p>
    <w:p/>
    <w:p/>
    <w:p>
      <w:r>
        <w:rPr>
          <w:b w:val="0"/>
          <w:sz w:val="20"/>
        </w:rPr>
        <w:t>Luogo : _______________________________________</w:t>
      </w:r>
    </w:p>
    <w:p>
      <w:r>
        <w:rPr>
          <w:b w:val="0"/>
          <w:sz w:val="20"/>
        </w:rPr>
        <w:t>Firma 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ricevuta (Ufficio)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https://richiesta-pronta.com/richiesta-revoca-fermo-amministrativo-fac-simile/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revoca-fermo-amministrativo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