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PART-TIME PER MOTIVI PERSONALI</w:t>
      </w:r>
    </w:p>
    <w:p/>
    <w:p>
      <w:r>
        <w:rPr>
          <w:b/>
          <w:sz w:val="20"/>
        </w:rPr>
        <w:t>Dati del Dipendente:</w:t>
      </w:r>
    </w:p>
    <w:p>
      <w:r>
        <w:rPr>
          <w:b w:val="0"/>
          <w:sz w:val="20"/>
        </w:rPr>
        <w:t>Nome e Cognome: ____________________________________________________</w:t>
      </w:r>
    </w:p>
    <w:p>
      <w:r>
        <w:rPr>
          <w:b w:val="0"/>
          <w:sz w:val="20"/>
        </w:rPr>
        <w:t>Mansione: ____________________________________________________________</w:t>
      </w:r>
    </w:p>
    <w:p>
      <w:r>
        <w:rPr>
          <w:b w:val="0"/>
          <w:sz w:val="20"/>
        </w:rPr>
        <w:t>Reparto/Ufficio: _____________________________________________________</w:t>
      </w:r>
    </w:p>
    <w:p/>
    <w:p>
      <w:r>
        <w:rPr>
          <w:b/>
          <w:sz w:val="20"/>
        </w:rPr>
        <w:t>Al Responsabile Risorse Umane</w:t>
      </w:r>
    </w:p>
    <w:p>
      <w:r>
        <w:rPr>
          <w:b/>
          <w:sz w:val="20"/>
        </w:rPr>
        <w:t>e p.c. Al Direttore Generale</w:t>
      </w:r>
    </w:p>
    <w:p/>
    <w:p>
      <w:r>
        <w:rPr>
          <w:b/>
          <w:sz w:val="20"/>
        </w:rPr>
        <w:t>Oggetto: Richiesta di trasformazione del rapporto di lavoro da tempo pieno a part-time per motivi personali</w:t>
      </w:r>
    </w:p>
    <w:p/>
    <w:p>
      <w:r>
        <w:rPr>
          <w:b w:val="0"/>
          <w:sz w:val="20"/>
        </w:rPr>
        <w:t>Il/la sottoscritto/a, dipendente presso codesta società in qualità di _________________________, con la presente intende formalizzare la richiesta di trasformazione del proprio rapporto di lavoro da tempo pieno a part-time. Tale richiesta è motivata da esigenze personali di carattere familiare, organizzativo e di conciliazione vita-lavoro.</w:t>
      </w:r>
    </w:p>
    <w:p/>
    <w:p>
      <w:r>
        <w:rPr>
          <w:b w:val="0"/>
          <w:sz w:val="20"/>
        </w:rPr>
        <w:t>Conformemente a quanto previsto dall’art. 4 del D.Lgs. 61/2000 e successive modifiche, nonché dal CCNL applicato, si richiede che la trasformazione avvenga con le seguenti modalità: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left"/>
            </w:pPr>
            <w:r>
              <w:t>Tipologia di Part-Time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t>________________________________________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t>Orario Settimanale Richiesto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t>_________ ore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t>Giorni di Lavoro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t>________________________________________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t>Durata della Trasformazione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t>________________________________________</w:t>
            </w:r>
          </w:p>
        </w:tc>
      </w:tr>
    </w:tbl>
    <w:p/>
    <w:p/>
    <w:p>
      <w:r>
        <w:rPr>
          <w:b w:val="0"/>
          <w:sz w:val="20"/>
        </w:rPr>
        <w:t>Il/la sottoscritto/a si impegna a rispettare l’orario concordato e a garantire la massima collaborazione per agevolare l’organizzazione aziendale.</w:t>
      </w:r>
    </w:p>
    <w:p/>
    <w:p>
      <w:r>
        <w:rPr>
          <w:b w:val="0"/>
          <w:sz w:val="20"/>
        </w:rPr>
        <w:t>Resta inteso che la presente richiesta è subordinata all’accoglimento da parte della Direzione, conformemente alle esigenze organizzative e produttive dell’azienda.</w:t>
      </w:r>
    </w:p>
    <w:p/>
    <w:p>
      <w:r>
        <w:rPr>
          <w:b/>
          <w:sz w:val="20"/>
        </w:rPr>
        <w:t>Informazioni ai sensi del GDPR:</w:t>
      </w:r>
    </w:p>
    <w:p>
      <w:r>
        <w:rPr>
          <w:b w:val="0"/>
          <w:sz w:val="20"/>
        </w:rPr>
        <w:t>I dati personali forniti con la presente richiesta saranno trattati esclusivamente per le finalità connesse alla gestione del rapporto di lavoro e nel rispetto della normativa vigente in materia di protezione dei dati personali (Regolamento UE 2016/679).</w:t>
      </w:r>
    </w:p>
    <w:p/>
    <w:p>
      <w:r>
        <w:rPr>
          <w:b w:val="0"/>
          <w:sz w:val="20"/>
        </w:rPr>
        <w:t>Luogo, Data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Dipendente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l’Azienda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https://richiesta-pronta.com/richiesta-part-time-per-motivi-personali/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part-time-per-motivi-personali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