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RICHIESTA NULLA OSTA PATENTE</w:t>
      </w:r>
    </w:p>
    <w:p>
      <w:pPr>
        <w:jc w:val="center"/>
      </w:pPr>
      <w:r>
        <w:rPr>
          <w:b/>
          <w:sz w:val="20"/>
        </w:rPr>
        <w:t>FAC SIMILE PER PREFETTURA</w:t>
      </w:r>
    </w:p>
    <w:p/>
    <w:p/>
    <w:p>
      <w:r>
        <w:rPr>
          <w:b w:val="0"/>
          <w:sz w:val="20"/>
        </w:rPr>
        <w:t>Alla Prefettura di _______________________________</w:t>
      </w:r>
    </w:p>
    <w:p>
      <w:r>
        <w:rPr>
          <w:b w:val="0"/>
          <w:sz w:val="20"/>
        </w:rPr>
        <w:t>Ufficio Motorizzazione Civile</w:t>
      </w:r>
    </w:p>
    <w:p>
      <w:r>
        <w:rPr>
          <w:b w:val="0"/>
          <w:sz w:val="20"/>
        </w:rPr>
        <w:t>___________________________________________________________________</w:t>
      </w:r>
    </w:p>
    <w:p/>
    <w:p/>
    <w:p>
      <w:r>
        <w:rPr>
          <w:b/>
          <w:sz w:val="20"/>
        </w:rPr>
        <w:t>Il/La sottoscritto/a:</w:t>
      </w:r>
    </w:p>
    <w:p>
      <w:r>
        <w:rPr>
          <w:b w:val="0"/>
          <w:sz w:val="20"/>
        </w:rPr>
        <w:t>Nome e Cognome : 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Data di nascita : ________________________________________________</w:t>
      </w:r>
    </w:p>
    <w:p>
      <w:r>
        <w:rPr>
          <w:b w:val="0"/>
          <w:sz w:val="20"/>
        </w:rPr>
        <w:t>Luogo di nascita : _______________________________________________</w:t>
      </w:r>
    </w:p>
    <w:p>
      <w:r>
        <w:rPr>
          <w:b w:val="0"/>
          <w:sz w:val="20"/>
        </w:rPr>
        <w:t>Residente in : _________________________________________________</w:t>
      </w:r>
    </w:p>
    <w:p>
      <w:r>
        <w:rPr>
          <w:b w:val="0"/>
          <w:sz w:val="20"/>
        </w:rPr>
        <w:t>Via/Piazza : ____________________________________________________</w:t>
      </w:r>
    </w:p>
    <w:p>
      <w:r>
        <w:rPr>
          <w:b w:val="0"/>
          <w:sz w:val="20"/>
        </w:rPr>
        <w:t>N° civico : _____________________________________________________</w:t>
      </w:r>
    </w:p>
    <w:p>
      <w:r>
        <w:rPr>
          <w:b w:val="0"/>
          <w:sz w:val="20"/>
        </w:rPr>
        <w:t>Telefono : ______________________________________________________</w:t>
      </w:r>
    </w:p>
    <w:p>
      <w:r>
        <w:rPr>
          <w:b w:val="0"/>
          <w:sz w:val="20"/>
        </w:rPr>
        <w:t>Email : _________________________________________________________</w:t>
      </w:r>
    </w:p>
    <w:p/>
    <w:p>
      <w:pPr>
        <w:jc w:val="center"/>
      </w:pPr>
      <w:r>
        <w:rPr>
          <w:b/>
          <w:sz w:val="20"/>
        </w:rPr>
        <w:t>CHIEDE</w:t>
      </w:r>
    </w:p>
    <w:p/>
    <w:p>
      <w:r>
        <w:rPr>
          <w:b w:val="0"/>
          <w:sz w:val="20"/>
        </w:rPr>
        <w:t>Il rilascio del Nulla Osta per la patente di guida, ai sensi della normativa vigente, per poter procedere con le pratiche necessarie presso gli uffici competenti.</w:t>
      </w:r>
    </w:p>
    <w:p/>
    <w:p>
      <w:r>
        <w:rPr>
          <w:b/>
          <w:sz w:val="20"/>
        </w:rPr>
        <w:t>A tal fine, dichiara sotto la propria responsabilità:</w:t>
      </w:r>
    </w:p>
    <w:p>
      <w:r>
        <w:rPr>
          <w:b w:val="0"/>
          <w:sz w:val="20"/>
        </w:rPr>
        <w:t>1. Di essere in possesso dei requisiti richiesti dalla legge per il rilascio della patente di guida.</w:t>
      </w:r>
    </w:p>
    <w:p>
      <w:r>
        <w:rPr>
          <w:b w:val="0"/>
          <w:sz w:val="20"/>
        </w:rPr>
        <w:t>2. Di non essere destinatario/a di provvedimenti che ne impediscano il rilascio.</w:t>
      </w:r>
    </w:p>
    <w:p>
      <w:r>
        <w:rPr>
          <w:b w:val="0"/>
          <w:sz w:val="20"/>
        </w:rPr>
        <w:t>3. Di non essere stato/a sospeso/a o revocato/a dalla patente di guida negli ultimi 5 anni.</w:t>
      </w:r>
    </w:p>
    <w:p>
      <w:r>
        <w:rPr>
          <w:b w:val="0"/>
          <w:sz w:val="20"/>
        </w:rPr>
        <w:t>4. Di essere in regola con i controlli sanitari previsti per il rilascio della patente.</w:t>
      </w:r>
    </w:p>
    <w:p>
      <w:r>
        <w:rPr>
          <w:b w:val="0"/>
          <w:sz w:val="20"/>
        </w:rPr>
        <w:t>5. Di assumersi ogni responsabilità in merito alla veridicità delle informazioni fornite.</w:t>
      </w:r>
    </w:p>
    <w:p/>
    <w:p>
      <w:r>
        <w:rPr>
          <w:b/>
          <w:sz w:val="20"/>
        </w:rPr>
        <w:t>Allega alla presente i seguenti documenti:</w:t>
      </w:r>
    </w:p>
    <w:p>
      <w:r>
        <w:rPr>
          <w:b w:val="0"/>
          <w:sz w:val="20"/>
        </w:rPr>
        <w:t>• Copia del documento di identità in corso di validità.</w:t>
      </w:r>
    </w:p>
    <w:p>
      <w:r>
        <w:rPr>
          <w:b w:val="0"/>
          <w:sz w:val="20"/>
        </w:rPr>
        <w:t>• Codice fiscale.</w:t>
      </w:r>
    </w:p>
    <w:p>
      <w:r>
        <w:rPr>
          <w:b w:val="0"/>
          <w:sz w:val="20"/>
        </w:rPr>
        <w:t>• Certificato medico di idoneità psicofisica.</w:t>
      </w:r>
    </w:p>
    <w:p>
      <w:r>
        <w:rPr>
          <w:b w:val="0"/>
          <w:sz w:val="20"/>
        </w:rPr>
        <w:t>• Eventuali altri documenti richiesti dalla Prefettura.</w:t>
      </w:r>
    </w:p>
    <w:p/>
    <w:p>
      <w:r>
        <w:rPr>
          <w:b w:val="0"/>
          <w:sz w:val="20"/>
        </w:rPr>
        <w:t>Si richiede cortesemente di voler procedere con l’istruttoria e il rilascio del Nulla Osta in tempi compatibili con le normative vigenti.</w:t>
      </w:r>
    </w:p>
    <w:p/>
    <w:p/>
    <w:p>
      <w:r>
        <w:rPr>
          <w:b w:val="0"/>
          <w:sz w:val="20"/>
        </w:rPr>
        <w:t>Luogo : __________________________________________________________</w:t>
      </w:r>
    </w:p>
    <w:p>
      <w:r>
        <w:rPr>
          <w:b w:val="0"/>
          <w:sz w:val="20"/>
        </w:rPr>
        <w:t>Firma 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Ufficio Prefettura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https://richiesta-pronta.com/richiesta-nulla-osta-patente-prefettura-fac-simile/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richiesta-nulla-osta-patente-prefettura-fac-simile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