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RICHIESTA DI NOTA DI CREDITO</w:t>
      </w:r>
    </w:p>
    <w:p/>
    <w:p>
      <w:r>
        <w:rPr>
          <w:b/>
          <w:sz w:val="20"/>
        </w:rPr>
        <w:t>Mittente :</w:t>
      </w:r>
    </w:p>
    <w:p>
      <w:r>
        <w:rPr>
          <w:b w:val="0"/>
          <w:sz w:val="20"/>
        </w:rPr>
        <w:t>Ragione Sociale / Nome e Cognome : ________________________________________________</w:t>
      </w:r>
    </w:p>
    <w:p>
      <w:r>
        <w:rPr>
          <w:b w:val="0"/>
          <w:sz w:val="20"/>
        </w:rPr>
        <w:t>Indirizzo : _________________________________________________________________</w:t>
      </w:r>
    </w:p>
    <w:p>
      <w:r>
        <w:rPr>
          <w:b w:val="0"/>
          <w:sz w:val="20"/>
        </w:rPr>
        <w:t>Codice Fiscale / Partita IVA : _________________________________________________</w:t>
      </w:r>
    </w:p>
    <w:p>
      <w:r>
        <w:rPr>
          <w:b w:val="0"/>
          <w:sz w:val="20"/>
        </w:rPr>
        <w:t>Telefono / Email : ____________________________________________________________</w:t>
      </w:r>
    </w:p>
    <w:p/>
    <w:p>
      <w:r>
        <w:rPr>
          <w:b/>
          <w:sz w:val="20"/>
        </w:rPr>
        <w:t>Destinatario :</w:t>
      </w:r>
    </w:p>
    <w:p>
      <w:r>
        <w:rPr>
          <w:b w:val="0"/>
          <w:sz w:val="20"/>
        </w:rPr>
        <w:t>Ragione Sociale / Nome e Cognome : ________________________________________________</w:t>
      </w:r>
    </w:p>
    <w:p>
      <w:r>
        <w:rPr>
          <w:b w:val="0"/>
          <w:sz w:val="20"/>
        </w:rPr>
        <w:t>Indirizzo : _________________________________________________________________</w:t>
      </w:r>
    </w:p>
    <w:p>
      <w:r>
        <w:rPr>
          <w:b w:val="0"/>
          <w:sz w:val="20"/>
        </w:rPr>
        <w:t>Codice Fiscale / Partita IVA : _________________________________________________</w:t>
      </w:r>
    </w:p>
    <w:p>
      <w:r>
        <w:rPr>
          <w:b w:val="0"/>
          <w:sz w:val="20"/>
        </w:rPr>
        <w:t>Telefono / Email : ____________________________________________________________</w:t>
      </w:r>
    </w:p>
    <w:p/>
    <w:p>
      <w:r>
        <w:rPr>
          <w:b/>
          <w:sz w:val="20"/>
        </w:rPr>
        <w:t>Riferimenti Documento Originale :</w:t>
      </w:r>
    </w:p>
    <w:p>
      <w:r>
        <w:rPr>
          <w:b w:val="0"/>
          <w:sz w:val="20"/>
        </w:rPr>
        <w:t>Numero Fattura / Documento : _________________________________________________</w:t>
      </w:r>
    </w:p>
    <w:p>
      <w:r>
        <w:rPr>
          <w:b w:val="0"/>
          <w:sz w:val="20"/>
        </w:rPr>
        <w:t>Data Documento : ____________________________________________________________</w:t>
      </w:r>
    </w:p>
    <w:p/>
    <w:p>
      <w:r>
        <w:rPr>
          <w:b/>
          <w:sz w:val="20"/>
        </w:rPr>
        <w:t>Oggetto :</w:t>
      </w:r>
    </w:p>
    <w:p>
      <w:r>
        <w:rPr>
          <w:b w:val="0"/>
          <w:sz w:val="20"/>
        </w:rPr>
        <w:t>Richiesta di emissione Nota di Credito ai sensi dell'art. 26 DPR 633/72 e del Codice Civile, per le motivazioni di seguito indicate.</w:t>
      </w:r>
    </w:p>
    <w:p/>
    <w:p>
      <w:r>
        <w:rPr>
          <w:b/>
          <w:sz w:val="20"/>
        </w:rPr>
        <w:t>Descrizione dettagliata :</w:t>
      </w:r>
    </w:p>
    <w:p>
      <w:r>
        <w:rPr>
          <w:b w:val="0"/>
          <w:sz w:val="20"/>
        </w:rPr>
        <w:t>Il sottoscritto richiede l’emissione di una Nota di Credito relativa alla fattura sopra indicata per i seguenti motivi:</w:t>
      </w:r>
    </w:p>
    <w:p>
      <w:r>
        <w:rPr>
          <w:b w:val="0"/>
          <w:sz w:val="20"/>
        </w:rPr>
        <w:t>• Merce restituita per difetti o non conformità;</w:t>
      </w:r>
    </w:p>
    <w:p>
      <w:r>
        <w:rPr>
          <w:b w:val="0"/>
          <w:sz w:val="20"/>
        </w:rPr>
        <w:t>• Sconto o abbuono non applicato in fattura;</w:t>
      </w:r>
    </w:p>
    <w:p>
      <w:r>
        <w:rPr>
          <w:b w:val="0"/>
          <w:sz w:val="20"/>
        </w:rPr>
        <w:t>• Errori di fatturazione relativi a quantità, prezzi o condizioni di vendita;</w:t>
      </w:r>
    </w:p>
    <w:p>
      <w:r>
        <w:rPr>
          <w:b w:val="0"/>
          <w:sz w:val="20"/>
        </w:rPr>
        <w:t>• Altre motivazioni specifiche: __________________________________________________</w:t>
      </w:r>
    </w:p>
    <w:p/>
    <w:p>
      <w:r>
        <w:rPr>
          <w:b/>
          <w:sz w:val="20"/>
        </w:rPr>
        <w:t>Normativa di riferimento :</w:t>
      </w:r>
    </w:p>
    <w:p>
      <w:r>
        <w:rPr>
          <w:b w:val="0"/>
          <w:sz w:val="20"/>
        </w:rPr>
        <w:t>La presente richiesta si basa sulle disposizioni previste dall'articolo 26 del Decreto del Presidente della Repubblica n. 633/1972, nonché sull'articolo 1256 e seguenti del Codice Civile in materia di modifiche unilaterali del contratto e di obbligazioni.</w:t>
      </w:r>
    </w:p>
    <w:p/>
    <w:p>
      <w:r>
        <w:rPr>
          <w:b w:val="0"/>
          <w:sz w:val="20"/>
        </w:rPr>
        <w:t>Si richiede pertanto cortesemente l'emissione tempestiva della Nota di Credito correttiva, ai fini della regolarizzazione contabile e fiscale.</w:t>
      </w:r>
    </w:p>
    <w:p/>
    <w:p/>
    <w:p>
      <w:r>
        <w:rPr>
          <w:b w:val="0"/>
          <w:sz w:val="20"/>
        </w:rPr>
        <w:t>Luogo,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Mittente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Destinatario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https://richiesta-pronta.com/richiesta-nota-di-credito-fac-simile/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richiesta-nota-di-credito-fac-simile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