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RICHIESTA FORZA PUBBLICA PER SFRATTO</w:t>
      </w:r>
    </w:p>
    <w:p/>
    <w:p/>
    <w:p>
      <w:r>
        <w:rPr>
          <w:b/>
          <w:sz w:val="20"/>
        </w:rPr>
        <w:t>Al Sig. Prefetto della Provincia di ______________________</w:t>
      </w:r>
    </w:p>
    <w:p>
      <w:r>
        <w:rPr>
          <w:b/>
          <w:sz w:val="20"/>
        </w:rPr>
        <w:t>Al Sig. Questore della Provincia di ______________________</w:t>
      </w:r>
    </w:p>
    <w:p/>
    <w:p/>
    <w:p>
      <w:r>
        <w:rPr>
          <w:b/>
          <w:sz w:val="20"/>
        </w:rPr>
        <w:t>Oggetto: Richiesta di intervento di forza pubblica ai sensi dell'art. 10 della legge 27 luglio 1978, n. 392 e dell'art. 614 c.p.c. per lo sfratto dell'immobile sito in _______________________________________________</w:t>
      </w:r>
    </w:p>
    <w:p/>
    <w:p/>
    <w:p>
      <w:r>
        <w:rPr>
          <w:b w:val="0"/>
          <w:sz w:val="20"/>
        </w:rPr>
        <w:t>Il/La sottoscritto/a ____________________________________________, nato/a a ____________________, residente in ____________________, via _____________________________________, codice fiscale ____________________, in qualità di _____________________________________ dell’immobile sopra indicato, espone quanto segue:</w:t>
      </w:r>
    </w:p>
    <w:p/>
    <w:p>
      <w:r>
        <w:rPr>
          <w:b w:val="0"/>
          <w:sz w:val="20"/>
        </w:rPr>
        <w:t>1. Che in data ____________, a seguito di regolare procedimento giudiziario, è stato emesso decreto di sfratto a carico del/i sig./sig.ra ____________________________________________, nato/a a ____________________, residente in ____________________, via _____________________________________, codice fiscale ____________________;</w:t>
      </w:r>
    </w:p>
    <w:p/>
    <w:p>
      <w:r>
        <w:rPr>
          <w:b w:val="0"/>
          <w:sz w:val="20"/>
        </w:rPr>
        <w:t>2. Che il citato decreto è stato notificato in data ____________ al/i conduttore/i;</w:t>
      </w:r>
    </w:p>
    <w:p/>
    <w:p>
      <w:r>
        <w:rPr>
          <w:b w:val="0"/>
          <w:sz w:val="20"/>
        </w:rPr>
        <w:t>3. Che, nonostante il termine concesso per il rilascio volontario dell’immobile sia decorso, il/i conduttore/i non ha/hanno provveduto a liberare l’immobile;</w:t>
      </w:r>
    </w:p>
    <w:p/>
    <w:p>
      <w:r>
        <w:rPr>
          <w:b w:val="0"/>
          <w:sz w:val="20"/>
        </w:rPr>
        <w:t>4. Che si rende pertanto necessario l’intervento della forza pubblica per assicurare il rilascio coattivo dell’immobile, nel rispetto delle norme di legge e della tutela dei diritti di tutte le parti coinvolte;</w:t>
      </w:r>
    </w:p>
    <w:p/>
    <w:p/>
    <w:p>
      <w:r>
        <w:rPr>
          <w:b/>
          <w:sz w:val="20"/>
        </w:rPr>
        <w:t>Per quanto sopra esposto, il/la sottoscritto/a</w:t>
      </w:r>
    </w:p>
    <w:p>
      <w:pPr>
        <w:jc w:val="center"/>
      </w:pPr>
      <w:r>
        <w:rPr>
          <w:b/>
          <w:sz w:val="20"/>
        </w:rPr>
        <w:t>CHIEDE</w:t>
      </w:r>
    </w:p>
    <w:p>
      <w:r>
        <w:rPr>
          <w:b w:val="0"/>
          <w:sz w:val="20"/>
        </w:rPr>
        <w:t>che codesta Prefettura voglia disporre e coordinare l’intervento della forza pubblica ai sensi dell’art. 10 della legge 27 luglio 1978, n. 392 e dell’art. 614 c.p.c., al fine di garantire il rilascio coattivo dell’immobile sito in _______________________________________________, nel rispetto della legalità e della pubblica sicurezza.</w:t>
      </w:r>
    </w:p>
    <w:p/>
    <w:p/>
    <w:p>
      <w:r>
        <w:rPr>
          <w:b/>
          <w:sz w:val="20"/>
        </w:rPr>
        <w:t>Dati del richiedente: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Luogo e data di nascita: _________________________________________</w:t>
      </w:r>
    </w:p>
    <w:p>
      <w:r>
        <w:rPr>
          <w:b w:val="0"/>
          <w:sz w:val="20"/>
        </w:rPr>
        <w:t>Residenza: ______________________________________________________</w:t>
      </w:r>
    </w:p>
    <w:p>
      <w:r>
        <w:rPr>
          <w:b w:val="0"/>
          <w:sz w:val="20"/>
        </w:rPr>
        <w:t>Codice Fiscale: _________________________________________________</w:t>
      </w:r>
    </w:p>
    <w:p>
      <w:r>
        <w:rPr>
          <w:b w:val="0"/>
          <w:sz w:val="20"/>
        </w:rPr>
        <w:t>Numero di telefono: ______________________________________________</w:t>
      </w:r>
    </w:p>
    <w:p>
      <w:r>
        <w:rPr>
          <w:b w:val="0"/>
          <w:sz w:val="20"/>
        </w:rPr>
        <w:t>Email: _________________________________________________________</w:t>
      </w:r>
    </w:p>
    <w:p/>
    <w:p/>
    <w:p>
      <w:r>
        <w:rPr>
          <w:b/>
          <w:sz w:val="20"/>
        </w:rPr>
        <w:t>Dati dell’immobile:</w:t>
      </w:r>
    </w:p>
    <w:p>
      <w:r>
        <w:rPr>
          <w:b w:val="0"/>
          <w:sz w:val="20"/>
        </w:rPr>
        <w:t>Indirizzo completo: ______________________________________________</w:t>
      </w:r>
    </w:p>
    <w:p>
      <w:r>
        <w:rPr>
          <w:b w:val="0"/>
          <w:sz w:val="20"/>
        </w:rPr>
        <w:t>Categoria catastale: ______________________________________________</w:t>
      </w:r>
    </w:p>
    <w:p>
      <w:r>
        <w:rPr>
          <w:b w:val="0"/>
          <w:sz w:val="20"/>
        </w:rPr>
        <w:t>Superficie: ______________________________________________________</w:t>
      </w:r>
    </w:p>
    <w:p>
      <w:r>
        <w:rPr>
          <w:b w:val="0"/>
          <w:sz w:val="20"/>
        </w:rPr>
        <w:t>Destinazione d’uso: ______________________________________________</w:t>
      </w:r>
    </w:p>
    <w:p/>
    <w:p/>
    <w:p>
      <w:r>
        <w:rPr>
          <w:b/>
          <w:sz w:val="20"/>
        </w:rPr>
        <w:t>Documentazione allegata:</w:t>
      </w:r>
    </w:p>
    <w:p>
      <w:r>
        <w:rPr>
          <w:b w:val="0"/>
          <w:sz w:val="20"/>
        </w:rPr>
        <w:t>- Decreto di sfratto emesso dal Tribunale di ____________________ (data ____________)</w:t>
      </w:r>
    </w:p>
    <w:p>
      <w:r>
        <w:rPr>
          <w:b w:val="0"/>
          <w:sz w:val="20"/>
        </w:rPr>
        <w:t>- Copia della notifica del decreto di sfratto</w:t>
      </w:r>
    </w:p>
    <w:p>
      <w:r>
        <w:rPr>
          <w:b w:val="0"/>
          <w:sz w:val="20"/>
        </w:rPr>
        <w:t>- Copia del documento di identità del richiedente</w:t>
      </w:r>
    </w:p>
    <w:p>
      <w:r>
        <w:rPr>
          <w:b w:val="0"/>
          <w:sz w:val="20"/>
        </w:rPr>
        <w:t>- Eventuali ulteriori documenti attestanti la necessità dell’intervento</w:t>
      </w:r>
    </w:p>
    <w:p/>
    <w:p/>
    <w:p>
      <w:r>
        <w:rPr>
          <w:b w:val="0"/>
          <w:sz w:val="20"/>
        </w:rPr>
        <w:t>Il/La sottoscritto/a dichiara inoltre di impegnarsi a collaborare con le autorità competenti per garantire lo svolgimento regolare e pacifico dell’intervento e di fornire ogni ulteriore documento o informazione richiesta.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Luogo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https://richiesta-pronta.com/richiesta-forza-pubblica-per-sfratto-fac-simile/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richiesta-forza-pubblica-per-sfratto-fac-sim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