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RICHIESTA DI CONGEDO MATRIMONIALE</w:t>
      </w:r>
    </w:p>
    <w:p/>
    <w:p/>
    <w:p>
      <w:r>
        <w:rPr>
          <w:b w:val="0"/>
          <w:sz w:val="20"/>
        </w:rPr>
        <w:t>Al Sig./Alla Sig.ra</w:t>
      </w:r>
    </w:p>
    <w:p>
      <w:r>
        <w:rPr>
          <w:b w:val="0"/>
          <w:sz w:val="20"/>
        </w:rPr>
        <w:t>Responsabile del Personale</w:t>
      </w:r>
    </w:p>
    <w:p>
      <w:r>
        <w:rPr>
          <w:b w:val="0"/>
          <w:sz w:val="20"/>
        </w:rPr>
        <w:t>______________________________ (Nome dell’Azienda)</w:t>
      </w:r>
    </w:p>
    <w:p>
      <w:r>
        <w:rPr>
          <w:b w:val="0"/>
          <w:sz w:val="20"/>
        </w:rPr>
        <w:t>______________________________ (Indirizzo)</w:t>
      </w:r>
    </w:p>
    <w:p/>
    <w:p/>
    <w:p>
      <w:r>
        <w:rPr>
          <w:b/>
          <w:sz w:val="20"/>
        </w:rPr>
        <w:t>Il/La sottoscritto/a :</w:t>
      </w:r>
    </w:p>
    <w:p>
      <w:r>
        <w:rPr>
          <w:b w:val="0"/>
          <w:sz w:val="20"/>
        </w:rPr>
        <w:t>Nome e Cognome : ___________________________________________________</w:t>
      </w:r>
    </w:p>
    <w:p>
      <w:r>
        <w:rPr>
          <w:b w:val="0"/>
          <w:sz w:val="20"/>
        </w:rPr>
        <w:t>Dipendente con qualifica : ____________________________________________</w:t>
      </w:r>
    </w:p>
    <w:p>
      <w:r>
        <w:rPr>
          <w:b w:val="0"/>
          <w:sz w:val="20"/>
        </w:rPr>
        <w:t>Matricola / Codice Fiscale : __________________________________________</w:t>
      </w:r>
    </w:p>
    <w:p>
      <w:r>
        <w:rPr>
          <w:b w:val="0"/>
          <w:sz w:val="20"/>
        </w:rPr>
        <w:t>Reparto / Ufficio : __________________________________________________</w:t>
      </w:r>
    </w:p>
    <w:p/>
    <w:p/>
    <w:p>
      <w:r>
        <w:rPr>
          <w:b/>
          <w:sz w:val="20"/>
        </w:rPr>
        <w:t>Oggetto: Richiesta di fruizione congedo matrimoniale</w:t>
      </w:r>
    </w:p>
    <w:p/>
    <w:p/>
    <w:p>
      <w:r>
        <w:rPr>
          <w:b w:val="0"/>
          <w:sz w:val="20"/>
        </w:rPr>
        <w:t>Con la presente, il/la sottoscritto/a chiede di poter usufruire del congedo matrimoniale previsto dall’articolo 10 del Decreto Legislativo 26 marzo 2001, n. 151 e successive modificazioni,</w:t>
      </w:r>
    </w:p>
    <w:p>
      <w:r>
        <w:rPr>
          <w:b w:val="0"/>
          <w:sz w:val="20"/>
        </w:rPr>
        <w:t>in occasione del proprio matrimonio, che avverrà in data _________________.</w:t>
      </w:r>
    </w:p>
    <w:p/>
    <w:p>
      <w:r>
        <w:rPr>
          <w:b w:val="0"/>
          <w:sz w:val="20"/>
        </w:rPr>
        <w:t>Ai sensi della normativa vigente, il congedo matrimoniale consiste in un periodo di assenza retribuita di 15 giorni lavorativi consecutivi, da usufruirsi a partire dal giorno del matrimonio o in altro periodo concordato con l’azienda.</w:t>
      </w:r>
    </w:p>
    <w:p/>
    <w:p>
      <w:r>
        <w:rPr>
          <w:b w:val="0"/>
          <w:sz w:val="20"/>
        </w:rPr>
        <w:t>Pertanto, si richiede di poter fruire del suddetto congedo dal giorno _______________ al giorno _______________ inclusi.</w:t>
      </w:r>
    </w:p>
    <w:p/>
    <w:p>
      <w:r>
        <w:rPr>
          <w:b w:val="0"/>
          <w:sz w:val="20"/>
        </w:rPr>
        <w:t>Si allega copia dell’atto di matrimonio o della pubblicazione, come previsto dalle disposizioni aziendali.</w:t>
      </w:r>
    </w:p>
    <w:p/>
    <w:p/>
    <w:p>
      <w:r>
        <w:rPr>
          <w:b w:val="0"/>
          <w:sz w:val="20"/>
        </w:rPr>
        <w:t>Il/La sottoscritto/a si impegna a presentare la documentazione comprovante il matrimonio nei tempi e modi richiesti dall’azienda e ad osservare tutte le disposizioni contrattuali e normative in materia.</w:t>
      </w:r>
    </w:p>
    <w:p/>
    <w:p/>
    <w:p>
      <w:r>
        <w:rPr>
          <w:b w:val="0"/>
          <w:sz w:val="20"/>
        </w:rPr>
        <w:t>Luogo, ______________________</w:t>
      </w:r>
    </w:p>
    <w:p>
      <w:r>
        <w:rPr>
          <w:b w:val="0"/>
          <w:sz w:val="20"/>
        </w:rPr>
        <w:t>Data, _______________________</w:t>
      </w:r>
    </w:p>
    <w:p/>
    <w:p/>
    <w:p/>
    <w:p>
      <w:pPr>
        <w:jc w:val="center"/>
      </w:pPr>
      <w:r>
        <w:rPr>
          <w:b w:val="0"/>
          <w:sz w:val="20"/>
        </w:rPr>
        <w:t>Firma del dipendente: ________________________________</w:t>
      </w:r>
    </w:p>
    <w:p/>
    <w:p/>
    <w:p/>
    <w:p>
      <w:r>
        <w:rPr>
          <w:b w:val="0"/>
          <w:sz w:val="20"/>
        </w:rPr>
        <w:t>Per accettazione:</w:t>
      </w:r>
    </w:p>
    <w:p>
      <w:r>
        <w:rPr>
          <w:b w:val="0"/>
          <w:sz w:val="20"/>
        </w:rPr>
        <w:t>Il Responsabile del Personale</w:t>
      </w:r>
    </w:p>
    <w:p/>
    <w:p/>
    <w:p/>
    <w:p/>
    <w:p>
      <w:pPr>
        <w:jc w:val="center"/>
      </w:pPr>
      <w:r>
        <w:rPr>
          <w:b w:val="0"/>
          <w:sz w:val="20"/>
        </w:rPr>
        <w:t>Firma: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Dipendente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del Personale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https://richiesta-pronta.com/richiesta-congedo-matrimoniale/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richiesta-congedo-matrimonial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