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RICHIESTA DI ACCESSO ALLA CARTELLA CLINICA</w:t>
      </w:r>
    </w:p>
    <w:p/>
    <w:p/>
    <w:p>
      <w:r>
        <w:rPr>
          <w:b w:val="0"/>
          <w:sz w:val="20"/>
        </w:rPr>
        <w:t>Al Responsabile del Trattamento dei Dati Personali</w:t>
      </w:r>
    </w:p>
    <w:p>
      <w:r>
        <w:rPr>
          <w:b w:val="0"/>
          <w:sz w:val="20"/>
        </w:rPr>
        <w:t>Presso la Struttura Sanitaria ____________________________</w:t>
      </w:r>
    </w:p>
    <w:p/>
    <w:p>
      <w:r>
        <w:rPr>
          <w:b/>
          <w:sz w:val="20"/>
        </w:rPr>
        <w:t>Dati del Richiedente:</w:t>
      </w:r>
    </w:p>
    <w:p>
      <w:r>
        <w:rPr>
          <w:b w:val="0"/>
          <w:sz w:val="20"/>
        </w:rPr>
        <w:t>Nome e Cognome : ____________________________________________</w:t>
      </w:r>
    </w:p>
    <w:p>
      <w:r>
        <w:rPr>
          <w:b w:val="0"/>
          <w:sz w:val="20"/>
        </w:rPr>
        <w:t>Codice Fiscale : ____________________________________________</w:t>
      </w:r>
    </w:p>
    <w:p>
      <w:r>
        <w:rPr>
          <w:b w:val="0"/>
          <w:sz w:val="20"/>
        </w:rPr>
        <w:t>Data di Nascita : ___________________________________________</w:t>
      </w:r>
    </w:p>
    <w:p>
      <w:r>
        <w:rPr>
          <w:b w:val="0"/>
          <w:sz w:val="20"/>
        </w:rPr>
        <w:t>Residenza : _________________________________________________</w:t>
      </w:r>
    </w:p>
    <w:p>
      <w:r>
        <w:rPr>
          <w:b w:val="0"/>
          <w:sz w:val="20"/>
        </w:rPr>
        <w:t>Numero di telefono : _________________________________________</w:t>
      </w:r>
    </w:p>
    <w:p>
      <w:r>
        <w:rPr>
          <w:b w:val="0"/>
          <w:sz w:val="20"/>
        </w:rPr>
        <w:t>Indirizzo email : ___________________________________________</w:t>
      </w:r>
    </w:p>
    <w:p/>
    <w:p>
      <w:r>
        <w:rPr>
          <w:b/>
          <w:sz w:val="20"/>
        </w:rPr>
        <w:t>Oggetto:</w:t>
      </w:r>
    </w:p>
    <w:p>
      <w:r>
        <w:rPr>
          <w:b w:val="0"/>
          <w:sz w:val="20"/>
        </w:rPr>
        <w:t>Richiesta di accesso e copia della Cartella Clinica ai sensi degli articoli 15 e seguenti del Regolamento UE 2016/679 (GDPR) e della normativa italiana vigente.</w:t>
      </w:r>
    </w:p>
    <w:p/>
    <w:p>
      <w:r>
        <w:rPr>
          <w:b/>
          <w:sz w:val="20"/>
        </w:rPr>
        <w:t>Testo della Richiesta:</w:t>
      </w:r>
    </w:p>
    <w:p>
      <w:r>
        <w:rPr>
          <w:b w:val="0"/>
          <w:sz w:val="20"/>
        </w:rPr>
        <w:t>Con la presente, il/La sottoscritto/a richiede di poter accedere alla propria cartella clinica conservata presso la Struttura Sanitaria sopra indicata, nonché di riceverne copia, ai sensi della normativa vigente in materia di protezione dei dati personali e di diritto di accesso ai dati sanitari.</w:t>
      </w:r>
    </w:p>
    <w:p>
      <w:r>
        <w:rPr>
          <w:b w:val="0"/>
          <w:sz w:val="20"/>
        </w:rPr>
        <w:t>Dichiaro che la presente richiesta è effettuata per motivi personali e confido nella tempestiva e completa risposta entro i termini previsti dalla legge.</w:t>
      </w:r>
    </w:p>
    <w:p/>
    <w:p>
      <w:r>
        <w:rPr>
          <w:b/>
          <w:sz w:val="20"/>
        </w:rPr>
        <w:t>Delegato (se presente):</w:t>
      </w:r>
    </w:p>
    <w:p>
      <w:r>
        <w:rPr>
          <w:b w:val="0"/>
          <w:sz w:val="20"/>
        </w:rPr>
        <w:t>Nome e Cognome : ____________________________________________</w:t>
      </w:r>
    </w:p>
    <w:p>
      <w:r>
        <w:rPr>
          <w:b w:val="0"/>
          <w:sz w:val="20"/>
        </w:rPr>
        <w:t>Codice Fiscale : ____________________________________________</w:t>
      </w:r>
    </w:p>
    <w:p>
      <w:r>
        <w:rPr>
          <w:b w:val="0"/>
          <w:sz w:val="20"/>
        </w:rPr>
        <w:t>Relazione con il Richiedente : _______________________________</w:t>
      </w:r>
    </w:p>
    <w:p/>
    <w:p>
      <w:r>
        <w:rPr>
          <w:b/>
          <w:sz w:val="20"/>
        </w:rPr>
        <w:t>Riferimenti Normativi:</w:t>
      </w:r>
    </w:p>
    <w:p>
      <w:r>
        <w:rPr>
          <w:b w:val="0"/>
          <w:sz w:val="20"/>
        </w:rPr>
        <w:t>La presente richiesta è formulata ai sensi degli articoli 15 e seguenti del Regolamento UE 2016/679 (GDPR), nonché in conformità alle disposizioni di cui al Decreto Legislativo 30 giugno 2003, n. 196 e successive modifiche e integrazioni.</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Luogo</w:t>
            </w:r>
          </w:p>
        </w:tc>
        <w:tc>
          <w:tcPr>
            <w:tcW w:type="dxa" w:w="4986"/>
            <w:tcBorders>
              <w:top w:val="nil"/>
              <w:left w:val="nil"/>
              <w:bottom w:val="nil"/>
              <w:right w:val="nil"/>
              <w:insideH w:val="nil"/>
              <w:insideV w:val="nil"/>
            </w:tcBorders>
          </w:tcPr>
          <w:p>
            <w:pPr>
              <w:jc w:val="center"/>
            </w:pPr>
            <w:r>
              <w:t>Firma del Richiedente</w:t>
            </w:r>
          </w:p>
        </w:tc>
      </w:tr>
      <w:tr>
        <w:tc>
          <w:tcPr>
            <w:tcW w:type="dxa" w:w="4986"/>
            <w:tcBorders>
              <w:top w:val="nil"/>
              <w:left w:val="nil"/>
              <w:bottom w:val="nil"/>
              <w:right w:val="nil"/>
              <w:insideH w:val="nil"/>
              <w:insideV w:val="nil"/>
            </w:tcBorders>
          </w:tcPr>
          <w:p>
            <w:pPr>
              <w:jc w:val="center"/>
            </w:pPr>
            <w:r>
              <w:t>_______________________________</w:t>
            </w:r>
          </w:p>
        </w:tc>
        <w:tc>
          <w:tcPr>
            <w:tcW w:type="dxa" w:w="4986"/>
            <w:tcBorders>
              <w:top w:val="nil"/>
              <w:left w:val="nil"/>
              <w:bottom w:val="nil"/>
              <w:right w:val="nil"/>
              <w:insideH w:val="nil"/>
              <w:insideV w:val="nil"/>
            </w:tcBorders>
          </w:tcPr>
          <w:p>
            <w:pPr>
              <w:jc w:val="center"/>
            </w:pPr>
            <w:r>
              <w:br/>
              <w:br/>
              <w:t>_______________________________</w:t>
            </w:r>
          </w:p>
        </w:tc>
      </w:tr>
      <w:tr>
        <w:tc>
          <w:tcPr>
            <w:tcW w:type="dxa" w:w="4986"/>
            <w:tcBorders>
              <w:top w:val="nil"/>
              <w:left w:val="nil"/>
              <w:bottom w:val="nil"/>
              <w:right w:val="nil"/>
              <w:insideH w:val="nil"/>
              <w:insideV w:val="nil"/>
            </w:tcBorders>
          </w:tcPr>
          <w:p>
            <w:pPr>
              <w:jc w:val="center"/>
            </w:pPr>
            <w:r>
              <w:t>Data</w:t>
            </w:r>
          </w:p>
        </w:tc>
        <w:tc>
          <w:tcPr>
            <w:tcW w:type="dxa" w:w="4986"/>
            <w:tcBorders>
              <w:top w:val="nil"/>
              <w:left w:val="nil"/>
              <w:bottom w:val="nil"/>
              <w:right w:val="nil"/>
              <w:insideH w:val="nil"/>
              <w:insideV w:val="nil"/>
            </w:tcBorders>
          </w:tcPr>
          <w:p>
            <w:pPr>
              <w:jc w:val="center"/>
            </w:pPr>
            <w:r/>
          </w:p>
        </w:tc>
      </w:tr>
    </w:tbl>
    <w:p/>
    <w:p/>
    <w:p>
      <w:r>
        <w:rPr>
          <w:b/>
          <w:sz w:val="20"/>
        </w:rPr>
        <w:t>Informativa Privacy:</w:t>
      </w:r>
    </w:p>
    <w:p>
      <w:r>
        <w:rPr>
          <w:b w:val="0"/>
          <w:sz w:val="20"/>
        </w:rPr>
        <w:t>Ai sensi dell'art. 13 del GDPR, La informiamo che i dati personali raccolti saranno trattati esclusivamente per la gestione della presente richiesta e nel rispetto della normativa sulla protezione dei dati personali. Il titolare del trattamento è la Struttura Sanitaria sopra indicata.</w:t>
      </w:r>
    </w:p>
    <w:p/>
    <w:p>
      <w:r>
        <w:rPr>
          <w:b w:val="0"/>
          <w:sz w:val="20"/>
        </w:rPr>
        <w:t>Per eventuali reclami o esercizio dei diritti, è possibile contattare il Responsabile della Protezione dei Dati (DPO) della Struttura Sanitaria.</w:t>
      </w:r>
    </w:p>
    <w:p/>
    <w:p>
      <w:r>
        <w:br w:type="page"/>
      </w:r>
    </w:p>
    <w:p>
      <w:pPr>
        <w:jc w:val="center"/>
      </w:pPr>
      <w:r>
        <w:rPr>
          <w:color w:val="555555"/>
          <w:sz w:val="24"/>
        </w:rPr>
        <w:t>Fonte originale di questo documento:</w:t>
      </w:r>
    </w:p>
    <w:p>
      <w:pPr>
        <w:jc w:val="center"/>
      </w:pPr>
      <w:hyperlink r:id="rId9">
        <w:r>
          <w:rPr>
            <w:color w:val="0000FF"/>
            <w:u w:val="single"/>
          </w:rPr>
          <w:t>https://richiesta-pronta.com/richiesta-cartella-clinica-modulo/</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https://richiesta-pronta.com</w:t>
        </w:r>
      </w:hyperlink>
    </w:p>
    <w:p>
      <w:pPr>
        <w:jc w:val="center"/>
      </w:pPr>
      <w:r>
        <w:rPr>
          <w:color w:val="808080"/>
          <w:sz w:val="20"/>
        </w:rPr>
        <w:t>Questo modello è destinato esclusivamente a un uso personale e non commerciale.</w:t>
        <w:br/>
        <w:t>Qualsiasi diffusione o pubblicazione deve citare obbligatoriamente la fonte. © richiesta-pronta.com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richiesta-pronta.com/richiesta-cartella-clinica-modulo/" TargetMode="External"/><Relationship Id="rId10" Type="http://schemas.openxmlformats.org/officeDocument/2006/relationships/hyperlink" Target="https://richiesta-pron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