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AUMENTO DI LIVELLO</w:t>
      </w:r>
    </w:p>
    <w:p/>
    <w:p/>
    <w:p>
      <w:r>
        <w:rPr>
          <w:b w:val="0"/>
          <w:sz w:val="20"/>
        </w:rPr>
        <w:t>Al Responsabile Risorse Umane</w:t>
      </w:r>
    </w:p>
    <w:p>
      <w:r>
        <w:rPr>
          <w:b w:val="0"/>
          <w:sz w:val="20"/>
        </w:rPr>
        <w:t>Alla Direzione Aziendale</w:t>
      </w:r>
    </w:p>
    <w:p>
      <w:r>
        <w:rPr>
          <w:b w:val="0"/>
          <w:sz w:val="20"/>
        </w:rPr>
        <w:t>Presso Sede Aziendale</w:t>
      </w:r>
    </w:p>
    <w:p/>
    <w:p/>
    <w:p>
      <w:r>
        <w:rPr>
          <w:b/>
          <w:sz w:val="20"/>
        </w:rPr>
        <w:t>Oggetto: Richiesta formale di aumento di livello professionale</w:t>
      </w:r>
    </w:p>
    <w:p/>
    <w:p/>
    <w:p>
      <w:r>
        <w:rPr>
          <w:b w:val="0"/>
          <w:sz w:val="20"/>
        </w:rPr>
        <w:t>Il/la sottoscritto/a ____________________________________________________,</w:t>
      </w:r>
    </w:p>
    <w:p>
      <w:r>
        <w:rPr>
          <w:b w:val="0"/>
          <w:sz w:val="20"/>
        </w:rPr>
        <w:t>dipendente dell'azienda in qualità di ____________________________________,</w:t>
      </w:r>
    </w:p>
    <w:p>
      <w:r>
        <w:rPr>
          <w:b w:val="0"/>
          <w:sz w:val="20"/>
        </w:rPr>
        <w:t>conferma il proprio impegno e la dedizione dimostrata nello svolgimento delle mansioni assegnate.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a) ho acquisito competenze aggiuntive e responsabilità crescenti rispetto a quanto previsto dal mio livello attuale;</w:t>
      </w:r>
    </w:p>
    <w:p>
      <w:r>
        <w:rPr>
          <w:b w:val="0"/>
          <w:sz w:val="20"/>
        </w:rPr>
        <w:t>b) ho contribuito in modo significativo al raggiungimento degli obiettivi aziendali, come dimostrato dai risultati ottenuti;</w:t>
      </w:r>
    </w:p>
    <w:p>
      <w:r>
        <w:rPr>
          <w:b w:val="0"/>
          <w:sz w:val="20"/>
        </w:rPr>
        <w:t>c) ritengo che le mie prestazioni, la professionalità e la dedizione meritino un riconoscimento formale attraverso l'aumento di livello.</w:t>
      </w:r>
    </w:p>
    <w:p/>
    <w:p>
      <w:r>
        <w:rPr>
          <w:b w:val="0"/>
          <w:sz w:val="20"/>
        </w:rPr>
        <w:t>Pertanto, con la presente formulo formale richiesta di aumento di livello professionale,</w:t>
      </w:r>
    </w:p>
    <w:p>
      <w:r>
        <w:rPr>
          <w:b w:val="0"/>
          <w:sz w:val="20"/>
        </w:rPr>
        <w:t>al fine di vedersi riconosciuti i meriti acquisiti e di poter continuare a contribuire efficacemente allo sviluppo aziendale.</w:t>
      </w:r>
    </w:p>
    <w:p/>
    <w:p>
      <w:r>
        <w:rPr>
          <w:b w:val="0"/>
          <w:sz w:val="20"/>
        </w:rPr>
        <w:t>Resto a disposizione per un incontro volto ad illustrare nel dettaglio le motivazioni della presente richiesta e per definire insieme le modalità di un eventuale avanzamento di carriera.</w:t>
      </w:r>
    </w:p>
    <w:p/>
    <w:p>
      <w:r>
        <w:rPr>
          <w:b w:val="0"/>
          <w:sz w:val="20"/>
        </w:rPr>
        <w:t>Confidando in un riscontro positivo, porgo distinti saluti.</w:t>
      </w:r>
    </w:p>
    <w:p/>
    <w:p/>
    <w:p/>
    <w:p>
      <w:r>
        <w:rPr>
          <w:b w:val="0"/>
          <w:sz w:val="20"/>
        </w:rPr>
        <w:t>Firma del dipendente: _____________________________________________</w:t>
      </w:r>
    </w:p>
    <w:p/>
    <w:p>
      <w:r>
        <w:rPr>
          <w:b w:val="0"/>
          <w:sz w:val="20"/>
        </w:rPr>
        <w:t>Nome e Cognome: _________________________________________________</w:t>
      </w:r>
    </w:p>
    <w:p>
      <w:r>
        <w:rPr>
          <w:b w:val="0"/>
          <w:sz w:val="20"/>
        </w:rPr>
        <w:t>Posizione attuale: ________________________________________________</w:t>
      </w:r>
    </w:p>
    <w:p>
      <w:r>
        <w:rPr>
          <w:b w:val="0"/>
          <w:sz w:val="20"/>
        </w:rPr>
        <w:t>Reparto/Divisione: ________________________________________________</w:t>
      </w:r>
    </w:p>
    <w:p/>
    <w:p/>
    <w:p/>
    <w:p>
      <w:r>
        <w:rPr>
          <w:b w:val="0"/>
          <w:sz w:val="20"/>
        </w:rPr>
        <w:t>Luogo: ____________________________    Data: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Responsabile Risorse Umane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della Direzione Aziendale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https://richiesta-pronta.com/richiesta-aumento-di-livello-fac-simile/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aumento-di-livello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