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RICHIESTA ANTICIPO T.F.R. PER DIFFICOLTÀ ECONOMICHE</w:t>
      </w:r>
    </w:p>
    <w:p/>
    <w:p>
      <w:r>
        <w:rPr>
          <w:b/>
          <w:sz w:val="20"/>
        </w:rPr>
        <w:t>Dati del Dipendente :</w:t>
      </w:r>
    </w:p>
    <w:p>
      <w:r>
        <w:rPr>
          <w:b w:val="0"/>
          <w:sz w:val="20"/>
        </w:rPr>
        <w:t>Nome e Cognome : ___________________________________________________</w:t>
      </w:r>
    </w:p>
    <w:p>
      <w:r>
        <w:rPr>
          <w:b w:val="0"/>
          <w:sz w:val="20"/>
        </w:rPr>
        <w:t>Codice Fiscale : ____________________________________________________</w:t>
      </w:r>
    </w:p>
    <w:p>
      <w:r>
        <w:rPr>
          <w:b w:val="0"/>
          <w:sz w:val="20"/>
        </w:rPr>
        <w:t>Matricola Aziendale : ________________________________________________</w:t>
      </w:r>
    </w:p>
    <w:p>
      <w:r>
        <w:rPr>
          <w:b w:val="0"/>
          <w:sz w:val="20"/>
        </w:rPr>
        <w:t>Posizione Lavorativa : _______________________________________________</w:t>
      </w:r>
    </w:p>
    <w:p/>
    <w:p>
      <w:r>
        <w:rPr>
          <w:b/>
          <w:sz w:val="20"/>
        </w:rPr>
        <w:t>Dati dell'Azienda :</w:t>
      </w:r>
    </w:p>
    <w:p>
      <w:r>
        <w:rPr>
          <w:b w:val="0"/>
          <w:sz w:val="20"/>
        </w:rPr>
        <w:t>Ragione Sociale : ___________________________________________________</w:t>
      </w:r>
    </w:p>
    <w:p>
      <w:r>
        <w:rPr>
          <w:b w:val="0"/>
          <w:sz w:val="20"/>
        </w:rPr>
        <w:t>Sede Legale : ______________________________________________________</w:t>
      </w:r>
    </w:p>
    <w:p>
      <w:r>
        <w:rPr>
          <w:b w:val="0"/>
          <w:sz w:val="20"/>
        </w:rPr>
        <w:t>Partita IVA / Codice Fiscale : _______________________________________</w:t>
      </w:r>
    </w:p>
    <w:p/>
    <w:p>
      <w:r>
        <w:rPr>
          <w:b/>
          <w:sz w:val="20"/>
        </w:rPr>
        <w:t>Oggetto della Richiesta :</w:t>
      </w:r>
    </w:p>
    <w:p>
      <w:r>
        <w:rPr>
          <w:b w:val="0"/>
          <w:sz w:val="20"/>
        </w:rPr>
        <w:t>Richiesta di anticipo sulla liquidazione del Trattamento di Fine Rapporto (T.F.R.) ai sensi dell'art. 2120 del Codice Civile e del D.Lgs. 252/2005, per comprovate difficoltà economiche personali e familiari.</w:t>
      </w:r>
    </w:p>
    <w:p/>
    <w:p>
      <w:r>
        <w:rPr>
          <w:b/>
          <w:sz w:val="20"/>
        </w:rPr>
        <w:t>Motivazioni della Richiesta :</w:t>
      </w:r>
    </w:p>
    <w:p>
      <w:r>
        <w:rPr>
          <w:b w:val="0"/>
          <w:sz w:val="20"/>
        </w:rPr>
        <w:t>Il/la sottoscritto/a, in qualità di dipendente, dichiara di trovarsi in una situazione di comprovata difficoltà economica, imputabile a circostanze straordinarie quali (indicare la motivazione):</w:t>
      </w:r>
    </w:p>
    <w:p>
      <w:r>
        <w:rPr>
          <w:b w:val="0"/>
          <w:sz w:val="20"/>
        </w:rPr>
        <w:t>- Spese mediche urgenti e impreviste;</w:t>
      </w:r>
    </w:p>
    <w:p>
      <w:r>
        <w:rPr>
          <w:b w:val="0"/>
          <w:sz w:val="20"/>
        </w:rPr>
        <w:t>- Sfratto o rischio perdita abitazione principale;</w:t>
      </w:r>
    </w:p>
    <w:p>
      <w:r>
        <w:rPr>
          <w:b w:val="0"/>
          <w:sz w:val="20"/>
        </w:rPr>
        <w:t>- Grave riduzione del reddito familiare;</w:t>
      </w:r>
    </w:p>
    <w:p>
      <w:r>
        <w:rPr>
          <w:b w:val="0"/>
          <w:sz w:val="20"/>
        </w:rPr>
        <w:t>- Altre cause documentate che giustificano la richiesta.</w:t>
      </w:r>
    </w:p>
    <w:p/>
    <w:p>
      <w:r>
        <w:rPr>
          <w:b/>
          <w:sz w:val="20"/>
        </w:rPr>
        <w:t>Riferimenti Normativi :</w:t>
      </w:r>
    </w:p>
    <w:p>
      <w:r>
        <w:rPr>
          <w:b w:val="0"/>
          <w:sz w:val="20"/>
        </w:rPr>
        <w:t>La presente richiesta è formulata in base alle disposizioni di cui all'art. 2120 del Codice Civile e al D.Lgs. 5 dicembre 2005, n. 252, nonché in conformità agli accordi collettivi applicabili al rapporto di lavoro.</w:t>
      </w:r>
    </w:p>
    <w:p/>
    <w:p>
      <w:r>
        <w:rPr>
          <w:b/>
          <w:sz w:val="20"/>
        </w:rPr>
        <w:t>Importo Richiesto :</w:t>
      </w:r>
    </w:p>
    <w:p>
      <w:r>
        <w:rPr>
          <w:b w:val="0"/>
          <w:sz w:val="20"/>
        </w:rPr>
        <w:t>Si richiede l'anticipo di Euro ____________________, corrispondente a parte del T.F.R. maturato fino alla data odierna, calcolato secondo le modalità previste dalla normativa vigente e dagli accordi aziendali.</w:t>
      </w:r>
    </w:p>
    <w:p/>
    <w:p>
      <w:r>
        <w:rPr>
          <w:b/>
          <w:sz w:val="20"/>
        </w:rPr>
        <w:t>Dichiarazione di Veridicità :</w:t>
      </w:r>
    </w:p>
    <w:p>
      <w:r>
        <w:rPr>
          <w:b w:val="0"/>
          <w:sz w:val="20"/>
        </w:rPr>
        <w:t>Il/la sottoscritto/a dichiara sotto la propria responsabilità la veridicità delle informazioni fornite, consapevole delle sanzioni penali previste in caso di dichiarazioni mendaci ai sensi dell'art. 76 del D.P.R. 445/2000.</w:t>
      </w:r>
    </w:p>
    <w:p/>
    <w:p>
      <w:r>
        <w:rPr>
          <w:b/>
          <w:sz w:val="20"/>
        </w:rPr>
        <w:t>Impegno al Reintegro :</w:t>
      </w:r>
    </w:p>
    <w:p>
      <w:r>
        <w:rPr>
          <w:b w:val="0"/>
          <w:sz w:val="20"/>
        </w:rPr>
        <w:t>Il/la richiedente si impegna a fornire eventuale documentazione integrativa richiesta dall'azienda e a rispettare le disposizioni relative alla restituzione dell'anticipo in caso di cessazione del rapporto di lavoro o altre ipotesi previste dalla legge e dai contratti collettivi.</w:t>
      </w:r>
    </w:p>
    <w:p/>
    <w:p>
      <w:r>
        <w:rPr>
          <w:b/>
          <w:sz w:val="20"/>
        </w:rPr>
        <w:t>Trattamento dei Dati Personali :</w:t>
      </w:r>
    </w:p>
    <w:p>
      <w:r>
        <w:rPr>
          <w:b w:val="0"/>
          <w:sz w:val="20"/>
        </w:rPr>
        <w:t>Il/la dipendente autorizza il trattamento dei dati personali forniti, ai sensi del Regolamento UE 2016/679 (GDPR) e del D.Lgs. 196/2003, esclusivamente per le finalità connesse alla presente richiesta di anticipo T.F.R.</w:t>
      </w:r>
    </w:p>
    <w:p/>
    <w:p/>
    <w:p>
      <w:r>
        <w:rPr>
          <w:b/>
          <w:sz w:val="20"/>
        </w:rPr>
        <w:t>Luogo : ____________________________       Firma del Dipendente :</w:t>
      </w:r>
    </w:p>
    <w:p>
      <w:r>
        <w:rPr>
          <w:b w:val="0"/>
          <w:sz w:val="20"/>
        </w:rPr>
        <w:t>___________________________________________________________________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Per l'Azienda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Per il Dipendente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https://richiesta-pronta.com/richiesta-anticipo-tfr-per-difficolta-economiche/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https://richiesta-pronta.com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richiesta-pronta.com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richiesta-pronta.com/richiesta-anticipo-tfr-per-difficolta-economiche/" TargetMode="External"/><Relationship Id="rId10" Type="http://schemas.openxmlformats.org/officeDocument/2006/relationships/hyperlink" Target="https://richiesta-pron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