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DI ANNULLAMENTO CARTELLA ESECUTIVA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Sociale: ______________________________________</w:t>
      </w:r>
    </w:p>
    <w:p>
      <w:r>
        <w:rPr>
          <w:b w:val="0"/>
          <w:sz w:val="20"/>
        </w:rPr>
        <w:t>Codice Fiscale / Partita IVA: ___________________________________________</w:t>
      </w:r>
    </w:p>
    <w:p>
      <w:r>
        <w:rPr>
          <w:b w:val="0"/>
          <w:sz w:val="20"/>
        </w:rPr>
        <w:t>Indirizzo: _____________________________________________________________</w:t>
      </w:r>
    </w:p>
    <w:p>
      <w:r>
        <w:rPr>
          <w:b w:val="0"/>
          <w:sz w:val="20"/>
        </w:rPr>
        <w:t>CAP, Città, Provincia: _________________________________________________</w:t>
      </w:r>
    </w:p>
    <w:p>
      <w:r>
        <w:rPr>
          <w:b w:val="0"/>
          <w:sz w:val="20"/>
        </w:rPr>
        <w:t>Telefono: 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/>
    <w:p>
      <w:r>
        <w:rPr>
          <w:b/>
          <w:sz w:val="20"/>
        </w:rPr>
        <w:t>All'Ufficio Territoriale dell'Agenzia delle Entrate - Riscossione</w:t>
      </w:r>
    </w:p>
    <w:p>
      <w:r>
        <w:rPr>
          <w:b w:val="0"/>
          <w:sz w:val="20"/>
        </w:rPr>
        <w:t>Indirizzo: _____________________________________________________________</w:t>
      </w:r>
    </w:p>
    <w:p>
      <w:r>
        <w:rPr>
          <w:b w:val="0"/>
          <w:sz w:val="20"/>
        </w:rPr>
        <w:t>CAP, Città, Provincia: _________________________________________________</w:t>
      </w:r>
    </w:p>
    <w:p/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Richiesta di annullamento della cartella esattoriale n. _______________ emessa in data _______________ relativa a presunti debiti fiscali.</w:t>
      </w:r>
    </w:p>
    <w:p/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1. La cartella esattoriale sopra indicata è stata notificata senza il rispetto delle condizioni di legge e senza adeguata motivazione;</w:t>
      </w:r>
    </w:p>
    <w:p>
      <w:r>
        <w:rPr>
          <w:b w:val="0"/>
          <w:sz w:val="20"/>
        </w:rPr>
        <w:t>2. Sono state riscontrate anomalie e/o errori materiali nell'importo richiesto, come da documentazione allegata;</w:t>
      </w:r>
    </w:p>
    <w:p>
      <w:r>
        <w:rPr>
          <w:b w:val="0"/>
          <w:sz w:val="20"/>
        </w:rPr>
        <w:t>3. Sono stati posti in essere ricorsi e/o istanze di autotutela precedenti senza esito favorevole;</w:t>
      </w:r>
    </w:p>
    <w:p>
      <w:r>
        <w:rPr>
          <w:b w:val="0"/>
          <w:sz w:val="20"/>
        </w:rPr>
        <w:t>4. L'importo richiesto risulta non dovuto o è stato già pagato in data __________________;</w:t>
      </w:r>
    </w:p>
    <w:p/>
    <w:p/>
    <w:p>
      <w:r>
        <w:rPr>
          <w:b/>
          <w:sz w:val="20"/>
        </w:rPr>
        <w:t>Per i motivi sopra esposti,</w:t>
      </w:r>
    </w:p>
    <w:p>
      <w:r>
        <w:rPr>
          <w:b w:val="0"/>
          <w:sz w:val="20"/>
        </w:rPr>
        <w:t>Il/La sottoscritto/a, in qualità di contribuente o suo rappresentante legale,</w:t>
      </w:r>
    </w:p>
    <w:p>
      <w:pPr>
        <w:jc w:val="center"/>
      </w:pPr>
      <w:r>
        <w:rPr>
          <w:b/>
          <w:sz w:val="20"/>
        </w:rPr>
        <w:t>CHIEDE</w:t>
      </w:r>
    </w:p>
    <w:p>
      <w:r>
        <w:rPr>
          <w:b w:val="0"/>
          <w:sz w:val="20"/>
        </w:rPr>
        <w:t>che venga disposto l'annullamento totale/parziale della cartella esattoriale in oggetto, ai sensi dell’art. 21-bis del D.Lgs. 546/1992 e dell’art. 54 del D.P.R. 602/1973.</w:t>
      </w:r>
    </w:p>
    <w:p/>
    <w:p/>
    <w:p>
      <w:r>
        <w:rPr>
          <w:b/>
          <w:sz w:val="20"/>
        </w:rPr>
        <w:t>Motivazioni:</w:t>
      </w:r>
    </w:p>
    <w:p>
      <w:r>
        <w:rPr>
          <w:b w:val="0"/>
          <w:sz w:val="20"/>
        </w:rPr>
        <w:t>Si allegano i seguenti documenti a supporto della richiesta di annullamento:</w:t>
      </w:r>
    </w:p>
    <w:p>
      <w:r>
        <w:rPr>
          <w:b w:val="0"/>
          <w:sz w:val="20"/>
        </w:rPr>
        <w:t>- Copia della cartella esattoriale contestata</w:t>
      </w:r>
    </w:p>
    <w:p>
      <w:r>
        <w:rPr>
          <w:b w:val="0"/>
          <w:sz w:val="20"/>
        </w:rPr>
        <w:t>- Documentazione comprovante eventuali pagamenti effettuati</w:t>
      </w:r>
    </w:p>
    <w:p>
      <w:r>
        <w:rPr>
          <w:b w:val="0"/>
          <w:sz w:val="20"/>
        </w:rPr>
        <w:t>- Copia di precedenti istanze o ricorsi presentati</w:t>
      </w:r>
    </w:p>
    <w:p>
      <w:r>
        <w:rPr>
          <w:b w:val="0"/>
          <w:sz w:val="20"/>
        </w:rPr>
        <w:t>- Altra documentazione rilevante (specificare): __________________________</w:t>
      </w:r>
    </w:p>
    <w:p/>
    <w:p/>
    <w:p>
      <w:r>
        <w:rPr>
          <w:b w:val="0"/>
          <w:sz w:val="20"/>
        </w:rPr>
        <w:t>Si riserva inoltre di fornire ulteriori chiarimenti e/o integrazioni qualora richiesti dall'Ufficio competente.</w:t>
      </w:r>
    </w:p>
    <w:p/>
    <w:p/>
    <w:p>
      <w:r>
        <w:rPr>
          <w:b/>
          <w:sz w:val="20"/>
        </w:rPr>
        <w:t>Riferimenti normativi:</w:t>
      </w:r>
    </w:p>
    <w:p>
      <w:r>
        <w:rPr>
          <w:b w:val="0"/>
          <w:sz w:val="20"/>
        </w:rPr>
        <w:t>L’istanza viene presentata ai sensi e per gli effetti degli articoli:</w:t>
      </w:r>
    </w:p>
    <w:p>
      <w:r>
        <w:rPr>
          <w:b w:val="0"/>
          <w:sz w:val="20"/>
        </w:rPr>
        <w:t>- Art. 21-bis del D.Lgs. 31 dicembre 1992, n. 546 (ricorsi tributari)</w:t>
      </w:r>
    </w:p>
    <w:p>
      <w:r>
        <w:rPr>
          <w:b w:val="0"/>
          <w:sz w:val="20"/>
        </w:rPr>
        <w:t>- Art. 54 del D.P.R. 29 settembre 1973, n. 602 (procedure di riscossione)</w:t>
      </w:r>
    </w:p>
    <w:p>
      <w:r>
        <w:rPr>
          <w:b w:val="0"/>
          <w:sz w:val="20"/>
        </w:rPr>
        <w:t>- Art. 7 del D.Lgs. 31 dicembre 1992, n. 546 (autotutela)</w:t>
      </w:r>
    </w:p>
    <w:p/>
    <w:p/>
    <w:p>
      <w:r>
        <w:rPr>
          <w:b/>
          <w:sz w:val="20"/>
        </w:rPr>
        <w:t>Dichiarazioni:</w:t>
      </w:r>
    </w:p>
    <w:p>
      <w:r>
        <w:rPr>
          <w:b w:val="0"/>
          <w:sz w:val="20"/>
        </w:rPr>
        <w:t>Il/La sottoscritto/a dichiara di essere a conoscenza delle responsabilità penali previste dall’art. 76 del D.P.R. 445/2000 in caso di dichiarazioni mendaci.</w:t>
      </w:r>
    </w:p>
    <w:p/>
    <w:p/>
    <w:p>
      <w:r>
        <w:rPr>
          <w:b w:val="0"/>
          <w:sz w:val="20"/>
        </w:rPr>
        <w:t>Luogo: ______________________________________</w:t>
      </w:r>
    </w:p>
    <w:p>
      <w:r>
        <w:rPr>
          <w:b w:val="0"/>
          <w:sz w:val="20"/>
        </w:rPr>
        <w:t xml:space="preserve">Data: _______________________________________ </w:t>
      </w:r>
    </w:p>
    <w:p/>
    <w:p/>
    <w:p>
      <w:r>
        <w:rPr>
          <w:b w:val="0"/>
          <w:sz w:val="20"/>
        </w:rPr>
        <w:t>Firma: 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Rappresentante Legale (se diverso)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https://richiesta-pronta.com/richiesta-annullamento-cartella-esattoriale-fac-simile/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annullamento-cartella-esattoriale-fac-sim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