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USCITA ANTICIPATA DAL LAVORO</w:t>
      </w:r>
    </w:p>
    <w:p/>
    <w:p/>
    <w:p>
      <w:r>
        <w:rPr>
          <w:b w:val="0"/>
          <w:sz w:val="20"/>
        </w:rPr>
        <w:t>Il sottoscritto/a, dipendente dell'Azienda,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Mansione : _____________________________________________________</w:t>
      </w:r>
    </w:p>
    <w:p>
      <w:r>
        <w:rPr>
          <w:b w:val="0"/>
          <w:sz w:val="20"/>
        </w:rPr>
        <w:t>Reparto/Ufficio : _______________________________________________</w:t>
      </w:r>
    </w:p>
    <w:p>
      <w:r>
        <w:rPr>
          <w:b w:val="0"/>
          <w:sz w:val="20"/>
        </w:rPr>
        <w:t>Matricola/Numero dipendente : ___________________________________</w:t>
      </w:r>
    </w:p>
    <w:p/>
    <w:p>
      <w:r>
        <w:rPr>
          <w:b/>
          <w:sz w:val="20"/>
        </w:rPr>
        <w:t>CHIEDE</w:t>
      </w:r>
    </w:p>
    <w:p>
      <w:r>
        <w:rPr>
          <w:b w:val="0"/>
          <w:sz w:val="20"/>
        </w:rPr>
        <w:t>di poter usufruire dell’uscita anticipata dal lavoro secondo quanto previsto dal Contratto Collettivo Nazionale di Lavoro (CCNL) applicato in azienda e dalle normative vigenti in materia.</w:t>
      </w:r>
    </w:p>
    <w:p/>
    <w:p>
      <w:r>
        <w:rPr>
          <w:b/>
          <w:sz w:val="20"/>
        </w:rPr>
        <w:t>Motivazione della richiesta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Orario di uscita anticipata richiesto :</w:t>
      </w:r>
    </w:p>
    <w:p>
      <w:r>
        <w:rPr>
          <w:b w:val="0"/>
          <w:sz w:val="20"/>
        </w:rPr>
        <w:t>ore _______ rispetto al normale orario di lavoro.</w:t>
      </w:r>
    </w:p>
    <w:p/>
    <w:p>
      <w:r>
        <w:rPr>
          <w:b/>
          <w:sz w:val="20"/>
        </w:rPr>
        <w:t>Data/i per cui si richiede l’uscita anticipata :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Dichiara inoltre:</w:t>
      </w:r>
    </w:p>
    <w:p>
      <w:r>
        <w:rPr>
          <w:b w:val="0"/>
          <w:sz w:val="20"/>
        </w:rPr>
        <w:t>• di essere a conoscenza delle disposizioni aziendali e contrattuali in materia di orario di lavoro e uscite anticipate;</w:t>
      </w:r>
    </w:p>
    <w:p>
      <w:r>
        <w:rPr>
          <w:b w:val="0"/>
          <w:sz w:val="20"/>
        </w:rPr>
        <w:t>• di impegnarsi a rispettare le procedure aziendali per la comunicazione e registrazione dell’uscita anticipata;</w:t>
      </w:r>
    </w:p>
    <w:p>
      <w:r>
        <w:rPr>
          <w:b w:val="0"/>
          <w:sz w:val="20"/>
        </w:rPr>
        <w:t>• di assumersi la responsabilità delle eventuali conseguenze derivanti da informazioni non veritiere o incomplete.</w:t>
      </w:r>
    </w:p>
    <w:p/>
    <w:p/>
    <w:p>
      <w:r>
        <w:rPr>
          <w:b/>
          <w:sz w:val="20"/>
        </w:rPr>
        <w:t>Firma del dipendente</w:t>
      </w:r>
    </w:p>
    <w:p>
      <w:r>
        <w:rPr>
          <w:b w:val="0"/>
          <w:sz w:val="20"/>
        </w:rPr>
        <w:t>_________________________________________</w:t>
      </w:r>
    </w:p>
    <w:p/>
    <w:p/>
    <w:p/>
    <w:p>
      <w:r>
        <w:rPr>
          <w:b/>
          <w:sz w:val="20"/>
        </w:rPr>
        <w:t>Per Ufficio Personale / Responsabile</w:t>
      </w:r>
    </w:p>
    <w:p>
      <w:r>
        <w:rPr>
          <w:b w:val="0"/>
          <w:sz w:val="20"/>
        </w:rPr>
        <w:t>Richiesta: ☐ ACCOLTA     ☐ RIFIUTATA</w:t>
      </w:r>
    </w:p>
    <w:p>
      <w:r>
        <w:rPr>
          <w:b w:val="0"/>
          <w:sz w:val="20"/>
        </w:rPr>
        <w:t>Motivazioni (in caso di rifiuto)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Firma e timbro responsabile</w:t>
      </w:r>
    </w:p>
    <w:p>
      <w:r>
        <w:rPr>
          <w:b w:val="0"/>
          <w:sz w:val="20"/>
        </w:rPr>
        <w:t>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Dipendente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Ufficio Personale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https://richiesta-pronta.com/modulo-richiesta-uscita-anticipata-dal-lavoro/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uscita-anticipata-dal-lavor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