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RICHIESTA ANTICIPO TFR AI SENSI DELL'ART. 1, COMMI 2 E 3, DEL D.L. 252/2005</w:t>
      </w:r>
    </w:p>
    <w:p/>
    <w:p/>
    <w:p>
      <w:r>
        <w:rPr>
          <w:b/>
          <w:sz w:val="20"/>
        </w:rPr>
        <w:t>DATI DEL LAVORATORE RICHIEDENTE</w:t>
      </w:r>
    </w:p>
    <w:p>
      <w:r>
        <w:rPr>
          <w:b w:val="0"/>
          <w:sz w:val="20"/>
        </w:rPr>
        <w:t>Nome e Cognome: _____________________________________________________________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______________________________________________________________</w:t>
      </w:r>
    </w:p>
    <w:p>
      <w:r>
        <w:rPr>
          <w:b w:val="0"/>
          <w:sz w:val="20"/>
        </w:rPr>
        <w:t>Data e Luogo di Nascita: ______________________________________________________</w:t>
      </w:r>
    </w:p>
    <w:p>
      <w:r>
        <w:rPr>
          <w:b w:val="0"/>
          <w:sz w:val="20"/>
        </w:rPr>
        <w:t>Indirizzo di Residenza: _______________________________________________________</w:t>
      </w:r>
    </w:p>
    <w:p>
      <w:r>
        <w:rPr>
          <w:b w:val="0"/>
          <w:sz w:val="20"/>
        </w:rPr>
        <w:t>Telefono: ____________________________________________________________________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______________________________________________________________________</w:t>
      </w:r>
    </w:p>
    <w:p/>
    <w:p>
      <w:r>
        <w:rPr>
          <w:b/>
          <w:sz w:val="20"/>
        </w:rPr>
        <w:t>DATI DEL DATORE DI LAVORO</w:t>
      </w:r>
    </w:p>
    <w:p>
      <w:r>
        <w:rPr>
          <w:b w:val="0"/>
          <w:sz w:val="20"/>
        </w:rPr>
        <w:t>Ragione Sociale / Denominazione: ______________________________________________</w:t>
      </w:r>
    </w:p>
    <w:p>
      <w:r>
        <w:rPr>
          <w:b w:val="0"/>
          <w:sz w:val="20"/>
        </w:rPr>
        <w:t>Partita IVA / Codice Fiscale: _________________________________________________</w:t>
      </w:r>
    </w:p>
    <w:p>
      <w:r>
        <w:rPr>
          <w:b w:val="0"/>
          <w:sz w:val="20"/>
        </w:rPr>
        <w:t>Sede Legale: _________________________________________________________________</w:t>
      </w:r>
    </w:p>
    <w:p>
      <w:r>
        <w:rPr>
          <w:b w:val="0"/>
          <w:sz w:val="20"/>
        </w:rPr>
        <w:t>Telefono: ____________________________________________________________________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______________________________________________________________________</w:t>
      </w:r>
    </w:p>
    <w:p/>
    <w:p>
      <w:r>
        <w:rPr>
          <w:b/>
          <w:sz w:val="20"/>
        </w:rPr>
        <w:t>DATI DEL RAPPORTO DI LAVORO</w:t>
      </w:r>
    </w:p>
    <w:p>
      <w:r>
        <w:rPr>
          <w:b w:val="0"/>
          <w:sz w:val="20"/>
        </w:rPr>
        <w:t>Data di Assunzione: ___________________________________________________________</w:t>
      </w:r>
    </w:p>
    <w:p>
      <w:r>
        <w:rPr>
          <w:b w:val="0"/>
          <w:sz w:val="20"/>
        </w:rPr>
        <w:t>Qualifica Professionale: _______________________________________________________</w:t>
      </w:r>
    </w:p>
    <w:p>
      <w:r>
        <w:rPr>
          <w:b w:val="0"/>
          <w:sz w:val="20"/>
        </w:rPr>
        <w:t>Retribuzione Annua Lorda: _____________________________________________________</w:t>
      </w:r>
    </w:p>
    <w:p>
      <w:r>
        <w:rPr>
          <w:b w:val="0"/>
          <w:sz w:val="20"/>
        </w:rPr>
        <w:t>Eventuali Accordi Aziendali per Anticipi TFR: _________________________________</w:t>
      </w:r>
    </w:p>
    <w:p/>
    <w:p>
      <w:r>
        <w:rPr>
          <w:b/>
          <w:sz w:val="20"/>
        </w:rPr>
        <w:t>OGGETTO DELLA RICHIESTA</w:t>
      </w:r>
    </w:p>
    <w:p>
      <w:r>
        <w:rPr>
          <w:b w:val="0"/>
          <w:sz w:val="20"/>
        </w:rPr>
        <w:t>Il sottoscritto richiede l'anticipo del Trattamento di Fine Rapporto (TFR) maturato al ____% in base all'art. 1, commi 2 e 3, del D.L. 252/2005, ai sensi della normativa vigente.</w:t>
      </w:r>
    </w:p>
    <w:p>
      <w:r>
        <w:rPr>
          <w:b w:val="0"/>
          <w:sz w:val="20"/>
        </w:rPr>
        <w:t>Il richiedente dichiara di aver effettuato la richiesta per le finalità consentite dalla legge e di essere consapevole delle condizioni e delle modalità di erogazione previste.</w:t>
      </w:r>
    </w:p>
    <w:p/>
    <w:p>
      <w:r>
        <w:rPr>
          <w:b/>
          <w:sz w:val="20"/>
        </w:rPr>
        <w:t>DICHIARAZIONI E IMPEGNI</w:t>
      </w:r>
    </w:p>
    <w:p>
      <w:r>
        <w:rPr>
          <w:b w:val="0"/>
          <w:sz w:val="20"/>
        </w:rPr>
        <w:t>Il sottoscritto dichiara sotto la propria responsabilità:</w:t>
      </w:r>
    </w:p>
    <w:p>
      <w:r>
        <w:rPr>
          <w:b w:val="0"/>
          <w:sz w:val="20"/>
        </w:rPr>
        <w:t>a) di non avere presentato contemporaneamente richiesta di anticipo TFR ad altri soggetti;</w:t>
      </w:r>
    </w:p>
    <w:p>
      <w:r>
        <w:rPr>
          <w:b w:val="0"/>
          <w:sz w:val="20"/>
        </w:rPr>
        <w:t>b) di essere a conoscenza che l'importo anticipato sarà trattenuto dal TFR al momento della cessazione del rapporto di lavoro;</w:t>
      </w:r>
    </w:p>
    <w:p>
      <w:r>
        <w:rPr>
          <w:b w:val="0"/>
          <w:sz w:val="20"/>
        </w:rPr>
        <w:t>c) di autorizzare il datore di lavoro al trattamento dei dati personali ai fini della presente richiesta secondo il Regolamento UE 2016/679;</w:t>
      </w:r>
    </w:p>
    <w:p>
      <w:r>
        <w:rPr>
          <w:b w:val="0"/>
          <w:sz w:val="20"/>
        </w:rPr>
        <w:t>d) di aver letto e compreso le condizioni di erogazione e le eventuali implicazioni fiscali e contributive.</w:t>
      </w:r>
    </w:p>
    <w:p/>
    <w:p>
      <w:r>
        <w:rPr>
          <w:b/>
          <w:sz w:val="20"/>
        </w:rPr>
        <w:t>DOCUMENTAZIONE ALLEGATA</w:t>
      </w:r>
    </w:p>
    <w:p>
      <w:r>
        <w:rPr>
          <w:b w:val="0"/>
          <w:sz w:val="20"/>
        </w:rPr>
        <w:t>Si allegano alla presente richiesta i seguenti documenti (barrare le caselle):</w:t>
      </w:r>
    </w:p>
    <w:p>
      <w:r>
        <w:rPr>
          <w:b w:val="0"/>
          <w:sz w:val="20"/>
        </w:rPr>
        <w:t>☐ Copia documento di identità valido</w:t>
      </w:r>
    </w:p>
    <w:p>
      <w:r>
        <w:rPr>
          <w:b w:val="0"/>
          <w:sz w:val="20"/>
        </w:rPr>
        <w:t>☐ Certificato di servizio o dichiarazione del datore di lavoro attestante la data di assunzione</w:t>
      </w:r>
    </w:p>
    <w:p>
      <w:r>
        <w:rPr>
          <w:b w:val="0"/>
          <w:sz w:val="20"/>
        </w:rPr>
        <w:t>☐ Copia del cedolino paga che attesta la maturazione del TFR</w:t>
      </w:r>
    </w:p>
    <w:p>
      <w:r>
        <w:rPr>
          <w:b w:val="0"/>
          <w:sz w:val="20"/>
        </w:rPr>
        <w:t>☐ Eventuale documentazione comprovante la finalità dell'anticipo (ad es. spese mediche, acquisto prima casa, ecc.)</w:t>
      </w:r>
    </w:p>
    <w:p/>
    <w:p>
      <w:r>
        <w:rPr>
          <w:b/>
          <w:sz w:val="20"/>
        </w:rPr>
        <w:t>INFORMATIVA PRIVACY</w:t>
      </w:r>
    </w:p>
    <w:p>
      <w:r>
        <w:rPr>
          <w:b w:val="0"/>
          <w:sz w:val="20"/>
        </w:rPr>
        <w:t>Ai sensi dell’art. 13 del Regolamento UE 2016/679, i dati personali forniti saranno trattati esclusivamente per le finalità connesse alla presente richiesta di anticipo TFR e nel rispetto della normativa vigente in materia di protezione dei dati personali.</w:t>
      </w:r>
    </w:p>
    <w:p/>
    <w:p/>
    <w:p>
      <w:r>
        <w:rPr>
          <w:b w:val="0"/>
          <w:sz w:val="20"/>
        </w:rPr>
        <w:t>Luogo: _____________________________________________________    Data: ______________</w:t>
      </w:r>
    </w:p>
    <w:p/>
    <w:p/>
    <w:p>
      <w:r>
        <w:rPr>
          <w:b w:val="0"/>
          <w:sz w:val="20"/>
        </w:rPr>
        <w:t>Firma del richiedente: 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DATORE DI LAVORO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LAVORATORE RICHIEDENTE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https://richiesta-pronta.com/modulo-richiesta-tfr-inps/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tfr-inps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