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MODULO RICHIESTA TESSERA SANITARIA – ASL</w:t>
      </w:r>
    </w:p>
    <w:p/>
    <w:p/>
    <w:p>
      <w:r>
        <w:rPr>
          <w:b/>
          <w:sz w:val="20"/>
        </w:rPr>
        <w:t>Alla cortese attenzione dell'Ufficio Anagrafe Assistiti</w:t>
      </w:r>
    </w:p>
    <w:p>
      <w:r>
        <w:rPr>
          <w:b w:val="0"/>
          <w:sz w:val="20"/>
        </w:rPr>
        <w:t>Azienda Sanitaria Locale – ASL ____________________________</w:t>
      </w:r>
    </w:p>
    <w:p/>
    <w:p/>
    <w:p>
      <w:r>
        <w:rPr>
          <w:b/>
          <w:sz w:val="20"/>
        </w:rPr>
        <w:t>Dati del Richiedente:</w:t>
      </w:r>
    </w:p>
    <w:p>
      <w:r>
        <w:rPr>
          <w:b w:val="0"/>
          <w:sz w:val="20"/>
        </w:rPr>
        <w:t>Cognome e Nome: ______________________________________________________________</w:t>
      </w:r>
    </w:p>
    <w:p>
      <w:r>
        <w:rPr>
          <w:b w:val="0"/>
          <w:sz w:val="20"/>
        </w:rPr>
        <w:t>Codice Fiscale: _______________________________________________________________</w:t>
      </w:r>
    </w:p>
    <w:p>
      <w:r>
        <w:rPr>
          <w:b w:val="0"/>
          <w:sz w:val="20"/>
        </w:rPr>
        <w:t>Data di nascita: _______________________________________________________________</w:t>
      </w:r>
    </w:p>
    <w:p>
      <w:r>
        <w:rPr>
          <w:b w:val="0"/>
          <w:sz w:val="20"/>
        </w:rPr>
        <w:t>Comune di nascita: _____________________________________________________________</w:t>
      </w:r>
    </w:p>
    <w:p>
      <w:r>
        <w:rPr>
          <w:b w:val="0"/>
          <w:sz w:val="20"/>
        </w:rPr>
        <w:t>Residenza: Via/Piazza __________________________________________________________</w:t>
      </w:r>
    </w:p>
    <w:p>
      <w:r>
        <w:rPr>
          <w:b w:val="0"/>
          <w:sz w:val="20"/>
        </w:rPr>
        <w:t>CAP: ______________ Comune: ___________________________________________________</w:t>
      </w:r>
    </w:p>
    <w:p>
      <w:r>
        <w:rPr>
          <w:b w:val="0"/>
          <w:sz w:val="20"/>
        </w:rPr>
        <w:t>Telefono: _______________ Email: _______________________________________________</w:t>
      </w:r>
    </w:p>
    <w:p/>
    <w:p/>
    <w:p>
      <w:r>
        <w:rPr>
          <w:b/>
          <w:sz w:val="20"/>
        </w:rPr>
        <w:t>Dati del Familiare (se la richiesta è per conto terzi):</w:t>
      </w:r>
    </w:p>
    <w:p>
      <w:r>
        <w:rPr>
          <w:b w:val="0"/>
          <w:sz w:val="20"/>
        </w:rPr>
        <w:t>Cognome e Nome: ______________________________________________________________</w:t>
      </w:r>
    </w:p>
    <w:p>
      <w:r>
        <w:rPr>
          <w:b w:val="0"/>
          <w:sz w:val="20"/>
        </w:rPr>
        <w:t>Codice Fiscale: _______________________________________________________________</w:t>
      </w:r>
    </w:p>
    <w:p>
      <w:r>
        <w:rPr>
          <w:b w:val="0"/>
          <w:sz w:val="20"/>
        </w:rPr>
        <w:t>Data di nascita: _______________________________________________________________</w:t>
      </w:r>
    </w:p>
    <w:p>
      <w:r>
        <w:rPr>
          <w:b w:val="0"/>
          <w:sz w:val="20"/>
        </w:rPr>
        <w:t>Comune di nascita: _____________________________________________________________</w:t>
      </w:r>
    </w:p>
    <w:p>
      <w:r>
        <w:rPr>
          <w:b w:val="0"/>
          <w:sz w:val="20"/>
        </w:rPr>
        <w:t>Residenza: Via/Piazza __________________________________________________________</w:t>
      </w:r>
    </w:p>
    <w:p>
      <w:r>
        <w:rPr>
          <w:b w:val="0"/>
          <w:sz w:val="20"/>
        </w:rPr>
        <w:t>CAP: ______________ Comune: ___________________________________________________</w:t>
      </w:r>
    </w:p>
    <w:p/>
    <w:p/>
    <w:p>
      <w:r>
        <w:rPr>
          <w:b/>
          <w:sz w:val="20"/>
        </w:rPr>
        <w:t>Il/La sottoscritto/a:</w:t>
      </w:r>
    </w:p>
    <w:p>
      <w:pPr>
        <w:jc w:val="center"/>
      </w:pPr>
      <w:r>
        <w:rPr>
          <w:b/>
          <w:sz w:val="20"/>
        </w:rPr>
        <w:t>CHIEDE</w:t>
      </w:r>
    </w:p>
    <w:p>
      <w:r>
        <w:rPr>
          <w:b w:val="0"/>
          <w:sz w:val="20"/>
        </w:rPr>
        <w:t>la spedizione della Tessera Sanitaria in formato elettronico (TEAM) e la tessera europea di assicurazione malattia (TEAM), ai sensi del D.Lgs. 196/2003 e del D.Lgs. 502/1992 e successive modificazioni.</w:t>
      </w:r>
    </w:p>
    <w:p/>
    <w:p/>
    <w:p>
      <w:r>
        <w:rPr>
          <w:b/>
          <w:sz w:val="20"/>
        </w:rPr>
        <w:t>Motivazione della richiesta:</w:t>
      </w:r>
    </w:p>
    <w:p>
      <w:r>
        <w:rPr>
          <w:b w:val="0"/>
          <w:sz w:val="20"/>
        </w:rPr>
        <w:t>☐ Prima emissione</w:t>
      </w:r>
    </w:p>
    <w:p>
      <w:r>
        <w:rPr>
          <w:b w:val="0"/>
          <w:sz w:val="20"/>
        </w:rPr>
        <w:t>☐ Sostituzione per smarrimento</w:t>
      </w:r>
    </w:p>
    <w:p>
      <w:r>
        <w:rPr>
          <w:b w:val="0"/>
          <w:sz w:val="20"/>
        </w:rPr>
        <w:t>☐ Sostituzione per deterioramento</w:t>
      </w:r>
    </w:p>
    <w:p>
      <w:r>
        <w:rPr>
          <w:b w:val="0"/>
          <w:sz w:val="20"/>
        </w:rPr>
        <w:t>☐ Variazione dati anagrafici</w:t>
      </w:r>
    </w:p>
    <w:p>
      <w:r>
        <w:rPr>
          <w:b w:val="0"/>
          <w:sz w:val="20"/>
        </w:rPr>
        <w:t>☐ Cambio residenza</w:t>
      </w:r>
    </w:p>
    <w:p>
      <w:r>
        <w:rPr>
          <w:b w:val="0"/>
          <w:sz w:val="20"/>
        </w:rPr>
        <w:t>☐ Altra motivazione: ___________________________________________________________</w:t>
      </w:r>
    </w:p>
    <w:p/>
    <w:p/>
    <w:p>
      <w:r>
        <w:rPr>
          <w:b/>
          <w:sz w:val="20"/>
        </w:rPr>
        <w:t>Informativa e consenso al trattamento dei dati personali:</w:t>
      </w:r>
    </w:p>
    <w:p>
      <w:r>
        <w:rPr>
          <w:b w:val="0"/>
          <w:sz w:val="20"/>
        </w:rPr>
        <w:t>Ai sensi dell'art. 13 del Regolamento UE 2016/679 (GDPR), si informa che i dati personali forniti saranno trattati esclusivamente per le finalità connesse all'emissione della Tessera Sanitaria, nel rispetto della normativa vigente.</w:t>
      </w:r>
    </w:p>
    <w:p>
      <w:r>
        <w:rPr>
          <w:b w:val="0"/>
          <w:sz w:val="20"/>
        </w:rPr>
        <w:t>☐ Acconsento al trattamento dei dati personali per le finalità sopra indicate.</w:t>
      </w:r>
    </w:p>
    <w:p/>
    <w:p/>
    <w:p>
      <w:r>
        <w:rPr>
          <w:b/>
          <w:sz w:val="20"/>
        </w:rPr>
        <w:t>Dichiaro di essere a conoscenza delle sanzioni penali previste in caso di dichiarazioni mendaci ai sensi dell'art. 76 del D.P.R. 445/2000.</w:t>
      </w:r>
    </w:p>
    <w:p/>
    <w:p/>
    <w:p/>
    <w:p>
      <w:r>
        <w:rPr>
          <w:b w:val="0"/>
          <w:sz w:val="20"/>
        </w:rPr>
        <w:t>Luogo: ___________________________________________________________</w:t>
      </w:r>
    </w:p>
    <w:p>
      <w:r>
        <w:rPr>
          <w:b w:val="0"/>
          <w:sz w:val="20"/>
        </w:rPr>
        <w:t>Firma del richiedente: ______________________________________________</w:t>
      </w:r>
    </w:p>
    <w:p/>
    <w:p/>
    <w:p/>
    <w:p>
      <w:r>
        <w:rPr>
          <w:b/>
          <w:sz w:val="20"/>
        </w:rPr>
        <w:t>Per uso esclusivo dell'Ufficio ASL: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Data ricezione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Ricevuto da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t>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t>__________________________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Data emissione tessera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Note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t>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t>________________________________________________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originale di questo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https://richiesta-pronta.com/modulo-richiesta-tessera-sanitaria-asl/</w:t>
        </w:r>
      </w:hyperlink>
    </w:p>
    <w:p>
      <w:pPr>
        <w:jc w:val="center"/>
      </w:pPr>
      <w:r>
        <w:rPr>
          <w:color w:val="555555"/>
          <w:sz w:val="26"/>
        </w:rPr>
        <w:t>Questo modello ti è stato utile?</w:t>
      </w:r>
    </w:p>
    <w:p>
      <w:pPr>
        <w:jc w:val="center"/>
      </w:pPr>
      <w:r>
        <w:rPr>
          <w:color w:val="555555"/>
          <w:sz w:val="26"/>
        </w:rPr>
        <w:t>Trova altri modelli aggiornati su: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https://richiesta-pronta.com</w:t>
        </w:r>
      </w:hyperlink>
    </w:p>
    <w:p>
      <w:pPr>
        <w:jc w:val="center"/>
      </w:pPr>
      <w:r>
        <w:rPr>
          <w:color w:val="808080"/>
          <w:sz w:val="20"/>
        </w:rPr>
        <w:t>Questo modello è destinato esclusivamente a un uso personale e non commerciale.</w:t>
        <w:br/>
        <w:t>Qualsiasi diffusione o pubblicazione deve citare obbligatoriamente la fonte. © richiesta-pronta.com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richiesta-pronta.com/modulo-richiesta-tessera-sanitaria-asl/" TargetMode="External"/><Relationship Id="rId10" Type="http://schemas.openxmlformats.org/officeDocument/2006/relationships/hyperlink" Target="https://richiesta-pronta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