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TABULATI TELEFONICI WIND</w:t>
      </w:r>
    </w:p>
    <w:p/>
    <w:p/>
    <w:p>
      <w:r>
        <w:rPr>
          <w:b/>
          <w:sz w:val="20"/>
        </w:rPr>
        <w:t>Dati del Richiedente:</w:t>
      </w:r>
    </w:p>
    <w:p>
      <w:r>
        <w:rPr>
          <w:b w:val="0"/>
          <w:sz w:val="20"/>
        </w:rPr>
        <w:t>Nome e Cognome / Ragione Sociale: 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_____________________________________________________</w:t>
      </w:r>
    </w:p>
    <w:p>
      <w:r>
        <w:rPr>
          <w:b w:val="0"/>
          <w:sz w:val="20"/>
        </w:rPr>
        <w:t>Indirizzo: _______________________________________________________________________</w:t>
      </w:r>
    </w:p>
    <w:p>
      <w:r>
        <w:rPr>
          <w:b w:val="0"/>
          <w:sz w:val="20"/>
        </w:rPr>
        <w:t>Città: ___________________________ CAP: ____________ Provincia: __________________</w:t>
      </w:r>
    </w:p>
    <w:p>
      <w:r>
        <w:rPr>
          <w:b w:val="0"/>
          <w:sz w:val="20"/>
        </w:rPr>
        <w:t>Telefono: _______________________ Email: _________________________________________</w:t>
      </w:r>
    </w:p>
    <w:p/>
    <w:p>
      <w:r>
        <w:rPr>
          <w:b/>
          <w:sz w:val="20"/>
        </w:rPr>
        <w:t>Dati dell’Intestatario della Linea Telefonica:</w:t>
      </w:r>
    </w:p>
    <w:p>
      <w:r>
        <w:rPr>
          <w:b w:val="0"/>
          <w:sz w:val="20"/>
        </w:rPr>
        <w:t>Nome e Cognome / Ragione Sociale: 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_____________________________________________________</w:t>
      </w:r>
    </w:p>
    <w:p>
      <w:r>
        <w:rPr>
          <w:b w:val="0"/>
          <w:sz w:val="20"/>
        </w:rPr>
        <w:t>Numero(i) telefonico(i) oggetto della richiesta:</w:t>
      </w:r>
    </w:p>
    <w:p>
      <w:r>
        <w:rPr>
          <w:b w:val="0"/>
          <w:sz w:val="20"/>
        </w:rPr>
        <w:t xml:space="preserve"> - ___________________________________________________</w:t>
      </w:r>
    </w:p>
    <w:p>
      <w:r>
        <w:rPr>
          <w:b w:val="0"/>
          <w:sz w:val="20"/>
        </w:rPr>
        <w:t xml:space="preserve"> - ___________________________________________________</w:t>
      </w:r>
    </w:p>
    <w:p>
      <w:r>
        <w:rPr>
          <w:b w:val="0"/>
          <w:sz w:val="20"/>
        </w:rPr>
        <w:t xml:space="preserve"> - ___________________________________________________</w:t>
      </w:r>
    </w:p>
    <w:p/>
    <w:p>
      <w:r>
        <w:rPr>
          <w:b/>
          <w:sz w:val="20"/>
        </w:rPr>
        <w:t>Dati del Richiedente ai fini della Privacy:</w:t>
      </w:r>
    </w:p>
    <w:p>
      <w:r>
        <w:rPr>
          <w:b w:val="0"/>
          <w:sz w:val="20"/>
        </w:rPr>
        <w:t>Qualifica (es. legale rappresentante, delegato, etc.): _______________________________</w:t>
      </w:r>
    </w:p>
    <w:p>
      <w:r>
        <w:rPr>
          <w:b w:val="0"/>
          <w:sz w:val="20"/>
        </w:rPr>
        <w:t>Documento di identità (tipo e numero): _____________________________________________</w:t>
      </w:r>
    </w:p>
    <w:p>
      <w:r>
        <w:rPr>
          <w:b w:val="0"/>
          <w:sz w:val="20"/>
        </w:rPr>
        <w:t>Rilasciato da: __________________ Data di rilascio: _________________________________</w:t>
      </w:r>
    </w:p>
    <w:p/>
    <w:p>
      <w:r>
        <w:rPr>
          <w:b/>
          <w:sz w:val="20"/>
        </w:rPr>
        <w:t>Oggetto della Richiesta:</w:t>
      </w:r>
    </w:p>
    <w:p>
      <w:r>
        <w:rPr>
          <w:b w:val="0"/>
          <w:sz w:val="20"/>
        </w:rPr>
        <w:t>Richiesta di accesso ai tabulati telefonici relativi ai numeri sopra indicati, ai sensi dell’art. 133 del Codice Privacy e del Codice delle Comunicazioni Elettroniche, esclusivamente per finalità legali e investigative.</w:t>
      </w:r>
    </w:p>
    <w:p/>
    <w:p>
      <w:r>
        <w:rPr>
          <w:b/>
          <w:sz w:val="20"/>
        </w:rPr>
        <w:t>Dichiarazioni e Autorizzazioni:</w:t>
      </w:r>
    </w:p>
    <w:p>
      <w:r>
        <w:rPr>
          <w:b w:val="0"/>
          <w:sz w:val="20"/>
        </w:rPr>
        <w:t>Il sottoscritto dichiara di essere titolare del diritto di accesso ai dati richiesti o di essere legittimato a richiederli ai sensi di legge, assumendosi ogni responsabilità in merito all’utilizzo delle informazioni ottenute.</w:t>
      </w:r>
    </w:p>
    <w:p>
      <w:r>
        <w:rPr>
          <w:b w:val="0"/>
          <w:sz w:val="20"/>
        </w:rPr>
        <w:t>Si autorizza Wind Tre S.p.A. al trattamento dei dati personali forniti esclusivamente per l’evasione della presente richiesta e nel rispetto della normativa vigente in materia di protezione dei dati personali.</w:t>
      </w:r>
    </w:p>
    <w:p/>
    <w:p>
      <w:r>
        <w:rPr>
          <w:b/>
          <w:sz w:val="20"/>
        </w:rPr>
        <w:t>Normativa di Riferimento:</w:t>
      </w:r>
    </w:p>
    <w:p>
      <w:r>
        <w:rPr>
          <w:b w:val="0"/>
          <w:sz w:val="20"/>
        </w:rPr>
        <w:t>La presente richiesta è effettuata in conformità a quanto previsto dal D.Lgs. 196/2003 (Codice Privacy), dal Regolamento UE 2016/679 (GDPR), dal Codice delle Comunicazioni Elettroniche (D.Lgs. 259/2003) e da ogni altra disposizione applicabile.</w:t>
      </w:r>
    </w:p>
    <w:p/>
    <w:p/>
    <w:p>
      <w:r>
        <w:rPr>
          <w:b w:val="0"/>
          <w:sz w:val="20"/>
        </w:rPr>
        <w:t>Luogo, data: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INTESTATARIO LINEA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https://richiesta-pronta.com/modulo-richiesta-tabulati-telefonici-wind/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tabulati-telefonici-wind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