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RICHIESTA SPOSTAMENTO PALO ENEL</w:t>
      </w:r>
    </w:p>
    <w:p/>
    <w:p/>
    <w:p>
      <w:r>
        <w:rPr>
          <w:b/>
          <w:sz w:val="20"/>
        </w:rPr>
        <w:t>DATI DEL RICHIEDENTE</w:t>
      </w:r>
    </w:p>
    <w:p>
      <w:r>
        <w:rPr>
          <w:b w:val="0"/>
          <w:sz w:val="20"/>
        </w:rPr>
        <w:t>Nome e Cognome / Ragione Sociale: __________________________________________</w:t>
      </w:r>
    </w:p>
    <w:p>
      <w:r>
        <w:rPr>
          <w:b w:val="0"/>
          <w:sz w:val="20"/>
        </w:rPr>
        <w:t>Codice Fiscale / Partita IVA: _______________________________________________</w:t>
      </w:r>
    </w:p>
    <w:p>
      <w:r>
        <w:rPr>
          <w:b w:val="0"/>
          <w:sz w:val="20"/>
        </w:rPr>
        <w:t>Indirizzo: _________________________________________________________________</w:t>
      </w:r>
    </w:p>
    <w:p>
      <w:r>
        <w:rPr>
          <w:b w:val="0"/>
          <w:sz w:val="20"/>
        </w:rPr>
        <w:t>Telefono: ___________________________   Email: ____________________________</w:t>
      </w:r>
    </w:p>
    <w:p/>
    <w:p>
      <w:r>
        <w:rPr>
          <w:b/>
          <w:sz w:val="20"/>
        </w:rPr>
        <w:t>DATI ATTUALI DEL PALO</w:t>
      </w:r>
    </w:p>
    <w:p>
      <w:r>
        <w:rPr>
          <w:b w:val="0"/>
          <w:sz w:val="20"/>
        </w:rPr>
        <w:t>Indirizzo / Ubicazione: ____________________________________________________</w:t>
      </w:r>
    </w:p>
    <w:p>
      <w:r>
        <w:rPr>
          <w:b w:val="0"/>
          <w:sz w:val="20"/>
        </w:rPr>
        <w:t>Codice Identificativo Palo Enel (se disponibile): ____________________________</w:t>
      </w:r>
    </w:p>
    <w:p>
      <w:r>
        <w:rPr>
          <w:b w:val="0"/>
          <w:sz w:val="20"/>
        </w:rPr>
        <w:t>Motivo dello spostamento: _________________________________________________</w:t>
      </w:r>
    </w:p>
    <w:p/>
    <w:p>
      <w:r>
        <w:rPr>
          <w:b/>
          <w:sz w:val="20"/>
        </w:rPr>
        <w:t>NUOVA UBICAZIONE RICHIESTA</w:t>
      </w:r>
    </w:p>
    <w:p>
      <w:r>
        <w:rPr>
          <w:b w:val="0"/>
          <w:sz w:val="20"/>
        </w:rPr>
        <w:t>Indirizzo / Luogo di destinazione: ___________________________________________</w:t>
      </w:r>
    </w:p>
    <w:p>
      <w:r>
        <w:rPr>
          <w:b w:val="0"/>
          <w:sz w:val="20"/>
        </w:rPr>
        <w:t>Coordinate GPS (se note): _________________________________________________</w:t>
      </w:r>
    </w:p>
    <w:p>
      <w:r>
        <w:rPr>
          <w:b w:val="0"/>
          <w:sz w:val="20"/>
        </w:rPr>
        <w:t>Motivazioni dettagliate della richiesta: 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0"/>
        </w:rPr>
        <w:t>DICHIARAZIONI E AUTORIZZAZIONI</w:t>
      </w:r>
    </w:p>
    <w:p>
      <w:r>
        <w:rPr>
          <w:b w:val="0"/>
          <w:sz w:val="20"/>
        </w:rPr>
        <w:t>Il sottoscritto richiedente, consapevole delle responsabilità penali in caso di dichiarazioni mendaci ai sensi degli artt. 46 e 47 del D.P.R. 445/2000, dichiara che le informazioni fornite nel presente modulo sono veritiere e complete.</w:t>
      </w:r>
    </w:p>
    <w:p>
      <w:r>
        <w:rPr>
          <w:b w:val="0"/>
          <w:sz w:val="20"/>
        </w:rPr>
        <w:t>Autorizza inoltre Enel e le autorità competenti ad effettuare tutte le verifiche necessarie ai fini dell'istruttoria e del rilascio delle autorizzazioni per lo spostamento del palo.</w:t>
      </w:r>
    </w:p>
    <w:p/>
    <w:p>
      <w:r>
        <w:rPr>
          <w:b/>
          <w:sz w:val="20"/>
        </w:rPr>
        <w:t>NORMATIVA DI RIFERIMENTO</w:t>
      </w:r>
    </w:p>
    <w:p>
      <w:r>
        <w:rPr>
          <w:b w:val="0"/>
          <w:sz w:val="20"/>
        </w:rPr>
        <w:t>La presente richiesta è presentata ai sensi del D.P.R. 380/2001 (Testo Unico dell'Edilizia), del Codice Civile e delle normative specifiche di Enel per la gestione delle infrastrutture elettriche.</w:t>
      </w:r>
    </w:p>
    <w:p>
      <w:r>
        <w:rPr>
          <w:b w:val="0"/>
          <w:sz w:val="20"/>
        </w:rPr>
        <w:t>Il richiedente si impegna a rispettare tutte le disposizioni tecniche e di sicurezza previste dalle normative vigenti e dai regolamenti comunali.</w:t>
      </w:r>
    </w:p>
    <w:p/>
    <w:p>
      <w:r>
        <w:rPr>
          <w:b/>
          <w:sz w:val="20"/>
        </w:rPr>
        <w:t>DOCUMENTAZIONE ALLEGATA</w:t>
      </w:r>
    </w:p>
    <w:p>
      <w:r>
        <w:rPr>
          <w:b w:val="0"/>
          <w:sz w:val="20"/>
        </w:rPr>
        <w:t>Si allegano al presente modulo i seguenti documenti (barrare le caselle pertinenti):</w:t>
      </w:r>
    </w:p>
    <w:p>
      <w:r>
        <w:rPr>
          <w:b w:val="0"/>
          <w:sz w:val="20"/>
        </w:rPr>
        <w:t>☐ Planimetria dell’area interessata</w:t>
      </w:r>
    </w:p>
    <w:p>
      <w:r>
        <w:rPr>
          <w:b w:val="0"/>
          <w:sz w:val="20"/>
        </w:rPr>
        <w:t>☐ Relazione tecnica descrittiva</w:t>
      </w:r>
    </w:p>
    <w:p>
      <w:r>
        <w:rPr>
          <w:b w:val="0"/>
          <w:sz w:val="20"/>
        </w:rPr>
        <w:t>☐ Fotografie del sito attuale</w:t>
      </w:r>
    </w:p>
    <w:p>
      <w:r>
        <w:rPr>
          <w:b w:val="0"/>
          <w:sz w:val="20"/>
        </w:rPr>
        <w:t>☐ Altro (specificare): _________________________________________________</w:t>
      </w:r>
    </w:p>
    <w:p/>
    <w:p>
      <w:r>
        <w:rPr>
          <w:b/>
          <w:sz w:val="20"/>
        </w:rPr>
        <w:t>NOTE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/>
    <w:p>
      <w:r>
        <w:rPr>
          <w:b w:val="0"/>
          <w:sz w:val="20"/>
        </w:rPr>
        <w:t>Luogo e Data : 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RICHIEDENTE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RESPONSABILE ENEL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https://richiesta-pronta.com/modulo-richiesta-spostamento-palo-enel/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https://richiesta-pronta.com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richiesta-pronta.com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richiesta-pronta.com/modulo-richiesta-spostamento-palo-enel/" TargetMode="External"/><Relationship Id="rId10" Type="http://schemas.openxmlformats.org/officeDocument/2006/relationships/hyperlink" Target="https://richiesta-pron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