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RIMBORSO</w:t>
      </w:r>
    </w:p>
    <w:p>
      <w:pPr>
        <w:jc w:val="center"/>
      </w:pPr>
      <w:r>
        <w:rPr>
          <w:b/>
          <w:sz w:val="20"/>
        </w:rPr>
        <w:t>POSTE ITALIANE S.P.A.</w:t>
      </w:r>
    </w:p>
    <w:p/>
    <w:p/>
    <w:p>
      <w:r>
        <w:rPr>
          <w:b/>
          <w:sz w:val="20"/>
        </w:rPr>
        <w:t>DATI DEL RICHIEDENTE</w:t>
      </w:r>
    </w:p>
    <w:p>
      <w:r>
        <w:rPr>
          <w:b w:val="0"/>
          <w:sz w:val="20"/>
        </w:rPr>
        <w:t>Nome e Cognome / Ragione Sociale: _____________________________________________</w:t>
      </w:r>
    </w:p>
    <w:p>
      <w:r>
        <w:rPr>
          <w:b w:val="0"/>
          <w:sz w:val="20"/>
        </w:rPr>
        <w:t>Codice Fiscale / Partita IVA: _________________________________________________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CAP: ___________    Città: _______________________    Provincia: ___________</w:t>
      </w:r>
    </w:p>
    <w:p>
      <w:r>
        <w:rPr>
          <w:b w:val="0"/>
          <w:sz w:val="20"/>
        </w:rPr>
        <w:t>Telefono: ____________________    Email: _____________________________________</w:t>
      </w:r>
    </w:p>
    <w:p/>
    <w:p>
      <w:r>
        <w:rPr>
          <w:b/>
          <w:sz w:val="20"/>
        </w:rPr>
        <w:t>DATI DEL CONTO CORRENTE PER IL RIMBORSO</w:t>
      </w:r>
    </w:p>
    <w:p>
      <w:r>
        <w:rPr>
          <w:b w:val="0"/>
          <w:sz w:val="20"/>
        </w:rPr>
        <w:t>Intestatario del conto: ______________________________________________________</w:t>
      </w:r>
    </w:p>
    <w:p>
      <w:r>
        <w:rPr>
          <w:b w:val="0"/>
          <w:sz w:val="20"/>
        </w:rPr>
        <w:t>IBAN: ______________________________________________________________________</w:t>
      </w:r>
    </w:p>
    <w:p>
      <w:r>
        <w:rPr>
          <w:b w:val="0"/>
          <w:sz w:val="20"/>
        </w:rPr>
        <w:t>Banca: _____________________________________________________________________</w:t>
      </w:r>
    </w:p>
    <w:p/>
    <w:p>
      <w:r>
        <w:rPr>
          <w:b/>
          <w:sz w:val="20"/>
        </w:rPr>
        <w:t>DATI DELLA SPEDIZIONE / SERVIZIO OGGETTO DEL RIMBORSO</w:t>
      </w:r>
    </w:p>
    <w:p>
      <w:r>
        <w:rPr>
          <w:b w:val="0"/>
          <w:sz w:val="20"/>
        </w:rPr>
        <w:t>Numero di spedizione / riferimento: ___________________________________________</w:t>
      </w:r>
    </w:p>
    <w:p>
      <w:r>
        <w:rPr>
          <w:b w:val="0"/>
          <w:sz w:val="20"/>
        </w:rPr>
        <w:t>Data della spedizione / servizio: ______________________________________________</w:t>
      </w:r>
    </w:p>
    <w:p>
      <w:r>
        <w:rPr>
          <w:b w:val="0"/>
          <w:sz w:val="20"/>
        </w:rPr>
        <w:t>Tipo di servizio acquistato: __________________________________________________</w:t>
      </w:r>
    </w:p>
    <w:p/>
    <w:p>
      <w:r>
        <w:rPr>
          <w:b/>
          <w:sz w:val="20"/>
        </w:rPr>
        <w:t>MOTIVO DELLA RICHIESTA DI RIMBORSO</w:t>
      </w:r>
    </w:p>
    <w:p>
      <w:r>
        <w:rPr>
          <w:b w:val="0"/>
          <w:sz w:val="20"/>
        </w:rPr>
        <w:t>Descrivere dettagliatamente il motivo della richiesta di rimborso e le circostanze che hanno determinato il danno o il disservizio: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DOCUMENTAZIONE ALLEGATA</w:t>
      </w:r>
    </w:p>
    <w:p>
      <w:r>
        <w:rPr>
          <w:b w:val="0"/>
          <w:sz w:val="20"/>
        </w:rPr>
        <w:t>Elencare di seguito i documenti allegati a supporto della richiesta (es. ricevute, prove di spedizione, fotografie, ecc.):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DICHIARAZIONE E AUTORIZZAZIONE</w:t>
      </w:r>
    </w:p>
    <w:p>
      <w:r>
        <w:rPr>
          <w:b w:val="0"/>
          <w:sz w:val="20"/>
        </w:rPr>
        <w:t>Il sottoscritto dichiara che le informazioni fornite in questo modulo corrispondono a verità,</w:t>
      </w:r>
    </w:p>
    <w:p>
      <w:r>
        <w:rPr>
          <w:b w:val="0"/>
          <w:sz w:val="20"/>
        </w:rPr>
        <w:t>che la documentazione allegata è autentica e completa e autorizza Poste Italiane S.p.A. al trattamento</w:t>
      </w:r>
    </w:p>
    <w:p>
      <w:r>
        <w:rPr>
          <w:b w:val="0"/>
          <w:sz w:val="20"/>
        </w:rPr>
        <w:t>dei dati personali ai sensi del Regolamento UE 2016/679 (GDPR) esclusivamente per le finalità</w:t>
      </w:r>
    </w:p>
    <w:p>
      <w:r>
        <w:rPr>
          <w:b w:val="0"/>
          <w:sz w:val="20"/>
        </w:rPr>
        <w:t>legate alla presente richiesta di rimborso.</w:t>
      </w:r>
    </w:p>
    <w:p/>
    <w:p/>
    <w:p>
      <w:r>
        <w:rPr>
          <w:b w:val="0"/>
          <w:sz w:val="20"/>
        </w:rPr>
        <w:t>Luogo: ___________________________________________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Richiedente: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/>
          <w:sz w:val="20"/>
        </w:rPr>
        <w:t>NOTE LEGALI</w:t>
      </w:r>
    </w:p>
    <w:p>
      <w:r>
        <w:rPr>
          <w:b w:val="0"/>
          <w:sz w:val="20"/>
        </w:rPr>
        <w:t>1. Il presente modulo deve essere compilato in modo completo e sottoscritto per poter essere preso in considerazione.</w:t>
      </w:r>
    </w:p>
    <w:p>
      <w:r>
        <w:rPr>
          <w:b w:val="0"/>
          <w:sz w:val="20"/>
        </w:rPr>
        <w:t>2. La richiesta di rimborso sarà valutata da Poste Italiane S.p.A. nei termini previsti dalla normativa vigente.</w:t>
      </w:r>
    </w:p>
    <w:p>
      <w:r>
        <w:rPr>
          <w:b w:val="0"/>
          <w:sz w:val="20"/>
        </w:rPr>
        <w:t>3. Eventuali dichiarazioni mendaci comportano responsabilità penali ai sensi degli articoli 75 e 76 del D.P.R. 445/2000.</w:t>
      </w:r>
    </w:p>
    <w:p>
      <w:r>
        <w:rPr>
          <w:b w:val="0"/>
          <w:sz w:val="20"/>
        </w:rPr>
        <w:t>4. Per ulteriori informazioni è possibile consultare il sito ufficiale di Poste Italiane o contattare il servizio clienti.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https://richiesta-pronta.com/modulo-richiesta-rimborso-poste-italiane/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rimborso-poste-italian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