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RIMBORSO</w:t>
      </w:r>
    </w:p>
    <w:p>
      <w:pPr>
        <w:jc w:val="center"/>
      </w:pPr>
      <w:r>
        <w:rPr>
          <w:b/>
          <w:sz w:val="20"/>
        </w:rPr>
        <w:t>ACEA ENERGIA S.p.A.</w:t>
      </w:r>
    </w:p>
    <w:p/>
    <w:p/>
    <w:p>
      <w:r>
        <w:rPr>
          <w:b/>
          <w:sz w:val="20"/>
        </w:rPr>
        <w:t>Dati del Cliente richiedente il rimborso :</w:t>
      </w:r>
    </w:p>
    <w:p>
      <w:r>
        <w:rPr>
          <w:b w:val="0"/>
          <w:sz w:val="20"/>
        </w:rPr>
        <w:t>Nome e Cognome / Ragione Sociale : __________________________________________________</w:t>
      </w:r>
    </w:p>
    <w:p>
      <w:r>
        <w:rPr>
          <w:b w:val="0"/>
          <w:sz w:val="20"/>
        </w:rPr>
        <w:t>Codice Cliente / Numero Contratto : 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_____________________________________________________</w:t>
      </w:r>
    </w:p>
    <w:p>
      <w:r>
        <w:rPr>
          <w:b w:val="0"/>
          <w:sz w:val="20"/>
        </w:rPr>
        <w:t>Indirizzo di fornitura : __________________________________________________________</w:t>
      </w:r>
    </w:p>
    <w:p>
      <w:r>
        <w:rPr>
          <w:b w:val="0"/>
          <w:sz w:val="20"/>
        </w:rPr>
        <w:t>CAP, Città, Provincia : ___________________________________________________________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________________________________________________________________________</w:t>
      </w:r>
    </w:p>
    <w:p/>
    <w:p>
      <w:r>
        <w:rPr>
          <w:b/>
          <w:sz w:val="20"/>
        </w:rPr>
        <w:t>Dettagli della richiesta di rimborso :</w:t>
      </w:r>
    </w:p>
    <w:p>
      <w:r>
        <w:rPr>
          <w:b w:val="0"/>
          <w:sz w:val="20"/>
        </w:rPr>
        <w:t>Numero fattura/bolletta di riferimento : ____________________________________________</w:t>
      </w:r>
    </w:p>
    <w:p>
      <w:r>
        <w:rPr>
          <w:b w:val="0"/>
          <w:sz w:val="20"/>
        </w:rPr>
        <w:t>Importo richiesto a rimborso (€) : _________________________________________________</w:t>
      </w:r>
    </w:p>
    <w:p>
      <w:r>
        <w:rPr>
          <w:b w:val="0"/>
          <w:sz w:val="20"/>
        </w:rPr>
        <w:t>Motivazione dettagliata della richiesta di rimborso 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>
      <w:r>
        <w:rPr>
          <w:b/>
          <w:sz w:val="20"/>
        </w:rPr>
        <w:t>Documentazione allegata a supporto della richiesta (barrare le caselle applicabili) :</w:t>
      </w:r>
    </w:p>
    <w:p>
      <w:r>
        <w:rPr>
          <w:b w:val="0"/>
          <w:sz w:val="20"/>
        </w:rPr>
        <w:t>[ ] Copia della fattura/bolletta contestata</w:t>
      </w:r>
    </w:p>
    <w:p>
      <w:r>
        <w:rPr>
          <w:b w:val="0"/>
          <w:sz w:val="20"/>
        </w:rPr>
        <w:t>[ ] Ricevuta di pagamento</w:t>
      </w:r>
    </w:p>
    <w:p>
      <w:r>
        <w:rPr>
          <w:b w:val="0"/>
          <w:sz w:val="20"/>
        </w:rPr>
        <w:t>[ ] Comunicazioni precedenti con Acea Energia</w:t>
      </w:r>
    </w:p>
    <w:p>
      <w:r>
        <w:rPr>
          <w:b w:val="0"/>
          <w:sz w:val="20"/>
        </w:rPr>
        <w:t>[ ] Altra documentazione (specificare): _____________________________________________</w:t>
      </w:r>
    </w:p>
    <w:p/>
    <w:p>
      <w:r>
        <w:rPr>
          <w:b/>
          <w:sz w:val="20"/>
        </w:rPr>
        <w:t>Dichiarazione del Cliente :</w:t>
      </w:r>
    </w:p>
    <w:p>
      <w:r>
        <w:rPr>
          <w:b w:val="0"/>
          <w:sz w:val="20"/>
        </w:rPr>
        <w:t>Il sottoscritto dichiara che le informazioni fornite sono veritiere e complete. Autorizza Acea Energia S.p.A. a verificare i dati e a procedere con l'istruttoria della richiesta di rimborso, nel rispetto della normativa vigente in materia di tutela dei dati personali.</w:t>
      </w:r>
    </w:p>
    <w:p/>
    <w:p>
      <w:r>
        <w:rPr>
          <w:b/>
          <w:sz w:val="20"/>
        </w:rPr>
        <w:t>Informativa sulla Privacy :</w:t>
      </w:r>
    </w:p>
    <w:p>
      <w:r>
        <w:rPr>
          <w:b w:val="0"/>
          <w:sz w:val="20"/>
        </w:rPr>
        <w:t>I dati personali forniti saranno trattati da Acea Energia S.p.A. esclusivamente per la gestione della presente richiesta di rimborso, in conformità al Regolamento UE 2016/679 (GDPR) e al D.Lgs. 196/2003 così come modificato dal D.Lgs. 101/2018. Per maggiori dettagli si rinvia all’informativa completa disponibile sul sito www.aceaenergia.it.</w:t>
      </w:r>
    </w:p>
    <w:p/>
    <w:p/>
    <w:p>
      <w:r>
        <w:rPr>
          <w:b w:val="0"/>
          <w:sz w:val="20"/>
        </w:rPr>
        <w:t>Luogo : ___________________________________________</w:t>
      </w:r>
    </w:p>
    <w:p>
      <w:r>
        <w:rPr>
          <w:b w:val="0"/>
          <w:sz w:val="20"/>
        </w:rPr>
        <w:t>Firma del Cliente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per presa visione e accettazione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ricezione da parte di Acea Energia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https://richiesta-pronta.com/modulo-richiesta-rimborso-acea-energia/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rimborso-acea-energia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