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MODULO RICHIESTA PASSAPORTO</w:t>
      </w:r>
    </w:p>
    <w:p/>
    <w:p/>
    <w:p>
      <w:r>
        <w:rPr>
          <w:b/>
          <w:sz w:val="20"/>
        </w:rPr>
        <w:t>Alla Questura di Cagliari</w:t>
      </w:r>
    </w:p>
    <w:p/>
    <w:p>
      <w:r>
        <w:rPr>
          <w:b/>
          <w:sz w:val="20"/>
        </w:rPr>
        <w:t>Dati Anagrafici del Richiedente</w:t>
      </w:r>
    </w:p>
    <w:p>
      <w:r>
        <w:rPr>
          <w:b w:val="0"/>
          <w:sz w:val="20"/>
        </w:rPr>
        <w:t>Cognome: ________________________________________________________________</w:t>
      </w:r>
    </w:p>
    <w:p>
      <w:r>
        <w:rPr>
          <w:b w:val="0"/>
          <w:sz w:val="20"/>
        </w:rPr>
        <w:t>Nome: ___________________________________________________________________</w:t>
      </w:r>
    </w:p>
    <w:p>
      <w:r>
        <w:rPr>
          <w:b w:val="0"/>
          <w:sz w:val="20"/>
        </w:rPr>
        <w:t>Luogo di nascita: ________________________________________________________</w:t>
      </w:r>
    </w:p>
    <w:p>
      <w:r>
        <w:rPr>
          <w:b w:val="0"/>
          <w:sz w:val="20"/>
        </w:rPr>
        <w:t>Provincia: _______________________________________________________________</w:t>
      </w:r>
    </w:p>
    <w:p>
      <w:r>
        <w:rPr>
          <w:b w:val="0"/>
          <w:sz w:val="20"/>
        </w:rPr>
        <w:t>Data di nascita: _________________________________________________________</w:t>
      </w:r>
    </w:p>
    <w:p>
      <w:r>
        <w:rPr>
          <w:b w:val="0"/>
          <w:sz w:val="20"/>
        </w:rPr>
        <w:t>Codice Fiscale: __________________________________________________________</w:t>
      </w:r>
    </w:p>
    <w:p>
      <w:r>
        <w:rPr>
          <w:b w:val="0"/>
          <w:sz w:val="20"/>
        </w:rPr>
        <w:t>Residenza (Indirizzo, CAP, Comune, Provincia): ____________________________</w:t>
      </w:r>
    </w:p>
    <w:p>
      <w:r>
        <w:rPr>
          <w:b w:val="0"/>
          <w:sz w:val="20"/>
        </w:rPr>
        <w:t>Telefono: ________________________________________________________________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___________________________________________________________________</w:t>
      </w:r>
    </w:p>
    <w:p/>
    <w:p>
      <w:r>
        <w:rPr>
          <w:b/>
          <w:sz w:val="20"/>
        </w:rPr>
        <w:t>Documenti Allegati</w:t>
      </w:r>
    </w:p>
    <w:p>
      <w:r>
        <w:rPr>
          <w:b w:val="0"/>
          <w:sz w:val="20"/>
        </w:rPr>
        <w:t>☐ Carta d'Identità valida</w:t>
      </w:r>
    </w:p>
    <w:p>
      <w:r>
        <w:rPr>
          <w:b w:val="0"/>
          <w:sz w:val="20"/>
        </w:rPr>
        <w:t>☐ Fotografie formato tessera</w:t>
      </w:r>
    </w:p>
    <w:p>
      <w:r>
        <w:rPr>
          <w:b w:val="0"/>
          <w:sz w:val="20"/>
        </w:rPr>
        <w:t>☐ Ricevuta pagamento tassa passaporto</w:t>
      </w:r>
    </w:p>
    <w:p>
      <w:r>
        <w:rPr>
          <w:b w:val="0"/>
          <w:sz w:val="20"/>
        </w:rPr>
        <w:t>☐ Eventuale documentazione aggiuntiva (specificare): ______________________</w:t>
      </w:r>
    </w:p>
    <w:p/>
    <w:p>
      <w:r>
        <w:rPr>
          <w:b/>
          <w:sz w:val="20"/>
        </w:rPr>
        <w:t>Dichiarazione ai sensi dell'art. 46 D.P.R. 445/2000</w:t>
      </w:r>
    </w:p>
    <w:p>
      <w:r>
        <w:rPr>
          <w:b w:val="0"/>
          <w:sz w:val="20"/>
        </w:rPr>
        <w:t>Il sottoscritto dichiara sotto la propria responsabilità che i dati sopra indicati sono veritieri e che non sussistono impedimenti al rilascio del passaporto secondo la normativa vigente.</w:t>
      </w:r>
    </w:p>
    <w:p/>
    <w:p>
      <w:r>
        <w:rPr>
          <w:b/>
          <w:sz w:val="20"/>
        </w:rPr>
        <w:t>Richiesta</w:t>
      </w:r>
    </w:p>
    <w:p>
      <w:r>
        <w:rPr>
          <w:b w:val="0"/>
          <w:sz w:val="20"/>
        </w:rPr>
        <w:t>Il/la sottoscritto/a richiede il rilascio del passaporto personale per motivi di:</w:t>
      </w:r>
    </w:p>
    <w:p>
      <w:r>
        <w:rPr>
          <w:b w:val="0"/>
          <w:sz w:val="20"/>
        </w:rPr>
        <w:t>☐ Viaggio all’estero</w:t>
      </w:r>
    </w:p>
    <w:p>
      <w:r>
        <w:rPr>
          <w:b w:val="0"/>
          <w:sz w:val="20"/>
        </w:rPr>
        <w:t>☐ Lavoro all’estero</w:t>
      </w:r>
    </w:p>
    <w:p>
      <w:r>
        <w:rPr>
          <w:b w:val="0"/>
          <w:sz w:val="20"/>
        </w:rPr>
        <w:t>☐ Studio all’estero</w:t>
      </w:r>
    </w:p>
    <w:p>
      <w:r>
        <w:rPr>
          <w:b w:val="0"/>
          <w:sz w:val="20"/>
        </w:rPr>
        <w:t>☐ Altri motivi (specificare): ______________________________________________</w:t>
      </w:r>
    </w:p>
    <w:p/>
    <w:p>
      <w:r>
        <w:rPr>
          <w:b/>
          <w:sz w:val="20"/>
        </w:rPr>
        <w:t>Informazioni Particolari</w:t>
      </w:r>
    </w:p>
    <w:p>
      <w:r>
        <w:rPr>
          <w:b w:val="0"/>
          <w:sz w:val="20"/>
        </w:rPr>
        <w:t>Numero passaporto precedente (se in possesso): ___________________________</w:t>
      </w:r>
    </w:p>
    <w:p>
      <w:r>
        <w:rPr>
          <w:b w:val="0"/>
          <w:sz w:val="20"/>
        </w:rPr>
        <w:t>Rilascio rilasciato da: ___________________________________________________</w:t>
      </w:r>
    </w:p>
    <w:p>
      <w:r>
        <w:rPr>
          <w:b w:val="0"/>
          <w:sz w:val="20"/>
        </w:rPr>
        <w:t>Data rilascio: ___________________________________________________________</w:t>
      </w:r>
    </w:p>
    <w:p>
      <w:r>
        <w:rPr>
          <w:b w:val="0"/>
          <w:sz w:val="20"/>
        </w:rPr>
        <w:t>Motivo richiesta nuovo passaporto: _______________________________________</w:t>
      </w:r>
    </w:p>
    <w:p/>
    <w:p>
      <w:r>
        <w:rPr>
          <w:b/>
          <w:sz w:val="20"/>
        </w:rPr>
        <w:t>Consenso al trattamento dei dati personali ai sensi del Regolamento UE 2016/679 (GDPR)</w:t>
      </w:r>
    </w:p>
    <w:p>
      <w:r>
        <w:rPr>
          <w:b w:val="0"/>
          <w:sz w:val="20"/>
        </w:rPr>
        <w:t>Il sottoscritto autorizza il trattamento dei propri dati personali esclusivamente per le finalità connesse al rilascio del passaporto, in conformità alla normativa vigente in materia di protezione dei dati personali.</w:t>
      </w:r>
    </w:p>
    <w:p/>
    <w:p/>
    <w:p>
      <w:r>
        <w:rPr>
          <w:b w:val="0"/>
          <w:sz w:val="20"/>
        </w:rPr>
        <w:t>Luogo: _________________________________________________________________</w:t>
      </w:r>
    </w:p>
    <w:p>
      <w:r>
        <w:rPr>
          <w:b w:val="0"/>
          <w:sz w:val="20"/>
        </w:rPr>
        <w:t>Firma del richiedente: 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Operatore Ufficio Passaporti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Richiedente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Firma e Timbro: 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Firma: ___________________________</w:t>
            </w:r>
          </w:p>
        </w:tc>
      </w:tr>
    </w:tbl>
    <w:p/>
    <w:p>
      <w:r>
        <w:rPr>
          <w:b/>
          <w:sz w:val="20"/>
        </w:rPr>
        <w:t>Note Importanti:</w:t>
      </w:r>
    </w:p>
    <w:p>
      <w:r>
        <w:rPr>
          <w:b w:val="0"/>
          <w:sz w:val="20"/>
        </w:rPr>
        <w:t>1) La richiesta deve essere accompagnata da documentazione valida e aggiornata.</w:t>
      </w:r>
    </w:p>
    <w:p>
      <w:r>
        <w:rPr>
          <w:b w:val="0"/>
          <w:sz w:val="20"/>
        </w:rPr>
        <w:t>2) La mancata presentazione dei documenti richiesti può comportare il rifiuto della domanda.</w:t>
      </w:r>
    </w:p>
    <w:p>
      <w:r>
        <w:rPr>
          <w:b w:val="0"/>
          <w:sz w:val="20"/>
        </w:rPr>
        <w:t>3) Il passaporto è personale e non cedibile.</w:t>
      </w:r>
    </w:p>
    <w:p>
      <w:r>
        <w:rPr>
          <w:b w:val="0"/>
          <w:sz w:val="20"/>
        </w:rPr>
        <w:t>4) Per informazioni rivolgersi all'Ufficio Passaporti della Questura di Cagliari.</w:t>
      </w:r>
    </w:p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https://richiesta-pronta.com/modulo-richiesta-passaporto-questura-cagliari/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https://richiesta-pronta.com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richiesta-pronta.com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richiesta-pronta.com/modulo-richiesta-passaporto-questura-cagliari/" TargetMode="External"/><Relationship Id="rId10" Type="http://schemas.openxmlformats.org/officeDocument/2006/relationships/hyperlink" Target="https://richiesta-pron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