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DI RICHIESTA CONTATORE DI CANTIERE ENEL</w:t>
      </w:r>
    </w:p>
    <w:p/>
    <w:p/>
    <w:p>
      <w:r>
        <w:rPr>
          <w:b/>
          <w:sz w:val="20"/>
        </w:rPr>
        <w:t>DATI DEL RICHIEDENTE</w:t>
      </w:r>
    </w:p>
    <w:p>
      <w:r>
        <w:rPr>
          <w:b w:val="0"/>
          <w:sz w:val="20"/>
        </w:rPr>
        <w:t>Nome / Ragione Sociale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</w:t>
      </w:r>
    </w:p>
    <w:p>
      <w:r>
        <w:rPr>
          <w:b w:val="0"/>
          <w:sz w:val="20"/>
        </w:rPr>
        <w:t>Indirizzo Sede Legale : _________________________________________________</w:t>
      </w:r>
    </w:p>
    <w:p>
      <w:r>
        <w:rPr>
          <w:b w:val="0"/>
          <w:sz w:val="20"/>
        </w:rPr>
        <w:t>Città : ______________________ CAP : __________ Provincia : ______________</w:t>
      </w:r>
    </w:p>
    <w:p>
      <w:r>
        <w:rPr>
          <w:b w:val="0"/>
          <w:sz w:val="20"/>
        </w:rPr>
        <w:t>Telefono : ___________________ Email : _________________________________</w:t>
      </w:r>
    </w:p>
    <w:p/>
    <w:p>
      <w:r>
        <w:rPr>
          <w:b/>
          <w:sz w:val="20"/>
        </w:rPr>
        <w:t>DATI REFERENTE TECNICO</w:t>
      </w:r>
    </w:p>
    <w:p>
      <w:r>
        <w:rPr>
          <w:b w:val="0"/>
          <w:sz w:val="20"/>
        </w:rPr>
        <w:t>Nome e Cognome : _______________________________________________________</w:t>
      </w:r>
    </w:p>
    <w:p>
      <w:r>
        <w:rPr>
          <w:b w:val="0"/>
          <w:sz w:val="20"/>
        </w:rPr>
        <w:t>Telefono : _____________________ Email : _______________________________</w:t>
      </w:r>
    </w:p>
    <w:p/>
    <w:p>
      <w:r>
        <w:rPr>
          <w:b/>
          <w:sz w:val="20"/>
        </w:rPr>
        <w:t>INDIRIZZO DEL CANTIERE</w:t>
      </w:r>
    </w:p>
    <w:p>
      <w:r>
        <w:rPr>
          <w:b w:val="0"/>
          <w:sz w:val="20"/>
        </w:rPr>
        <w:t>Indirizzo : _____________________________________________________________</w:t>
      </w:r>
    </w:p>
    <w:p>
      <w:r>
        <w:rPr>
          <w:b w:val="0"/>
          <w:sz w:val="20"/>
        </w:rPr>
        <w:t>Città : ______________________ CAP : __________ Provincia : ______________</w:t>
      </w:r>
    </w:p>
    <w:p/>
    <w:p>
      <w:r>
        <w:rPr>
          <w:b/>
          <w:sz w:val="20"/>
        </w:rPr>
        <w:t>DETTAGLI CONTATORE RICHIESTO</w:t>
      </w:r>
    </w:p>
    <w:p>
      <w:r>
        <w:rPr>
          <w:b w:val="0"/>
          <w:sz w:val="20"/>
        </w:rPr>
        <w:t>Tipo di Fornitura Richiesta : ( ) Monofase     ( ) Trifase</w:t>
      </w:r>
    </w:p>
    <w:p>
      <w:r>
        <w:rPr>
          <w:b w:val="0"/>
          <w:sz w:val="20"/>
        </w:rPr>
        <w:t>Potenza Richiesta (kW) : ________________________________________________</w:t>
      </w:r>
    </w:p>
    <w:p>
      <w:r>
        <w:rPr>
          <w:b w:val="0"/>
          <w:sz w:val="20"/>
        </w:rPr>
        <w:t>Durata prevista del Cantiere : __________________________________________</w:t>
      </w:r>
    </w:p>
    <w:p>
      <w:r>
        <w:rPr>
          <w:b w:val="0"/>
          <w:sz w:val="20"/>
        </w:rPr>
        <w:t>Data Inizio Lavori : ___________________________________________________</w:t>
      </w:r>
    </w:p>
    <w:p>
      <w:r>
        <w:rPr>
          <w:b w:val="0"/>
          <w:sz w:val="20"/>
        </w:rPr>
        <w:t>Data Fine Lavori : _____________________________________________________</w:t>
      </w:r>
    </w:p>
    <w:p/>
    <w:p>
      <w:r>
        <w:rPr>
          <w:b/>
          <w:sz w:val="20"/>
        </w:rPr>
        <w:t>DICHIARAZIONI E AUTORIZZAZIONI</w:t>
      </w:r>
    </w:p>
    <w:p>
      <w:r>
        <w:rPr>
          <w:b w:val="0"/>
          <w:sz w:val="20"/>
        </w:rPr>
        <w:t>Il sottoscritto dichiara di aver ricevuto e preso visione delle condizioni generali di fornitura e accetta tutte le clausole previste.</w:t>
      </w:r>
    </w:p>
    <w:p>
      <w:r>
        <w:rPr>
          <w:b w:val="0"/>
          <w:sz w:val="20"/>
        </w:rPr>
        <w:t>Si impegna altresì a garantire l’accesso agli impianti e a rispettare tutte le normative di sicurezza vigenti durante l’utilizzo del contatore di cantiere.</w:t>
      </w:r>
    </w:p>
    <w:p>
      <w:r>
        <w:rPr>
          <w:b w:val="0"/>
          <w:sz w:val="20"/>
        </w:rPr>
        <w:t>Si autorizza Enel ad effettuare i sopralluoghi e le verifiche tecniche necessarie per la corretta installazione e gestione del contatore.</w:t>
      </w:r>
    </w:p>
    <w:p/>
    <w:p>
      <w:r>
        <w:rPr>
          <w:b/>
          <w:sz w:val="20"/>
        </w:rPr>
        <w:t>INFORMATIVA PRIVACY</w:t>
      </w:r>
    </w:p>
    <w:p>
      <w:r>
        <w:rPr>
          <w:b w:val="0"/>
          <w:sz w:val="20"/>
        </w:rPr>
        <w:t>Ai sensi del Regolamento UE 2016/679 (GDPR) e del D.Lgs. 196/2003, i dati personali forniti saranno trattati esclusivamente per le finalità connesse alla gestione della fornitura elettrica e alla normativa vigente.</w:t>
      </w:r>
    </w:p>
    <w:p>
      <w:r>
        <w:rPr>
          <w:b w:val="0"/>
          <w:sz w:val="20"/>
        </w:rPr>
        <w:t>Il titolare del trattamento è Enel S.p.A. con sede legale in Roma. L'interessato può esercitare i diritti previsti dalla normativa contattando il Responsabile della Protezione dei Dati (DPO).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REFERENTE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r>
        <w:rPr>
          <w:b w:val="0"/>
          <w:sz w:val="20"/>
        </w:rPr>
        <w:t>Luogo di compilazione : ________________________________________________</w:t>
      </w:r>
    </w:p>
    <w:p>
      <w:r>
        <w:rPr>
          <w:b w:val="0"/>
          <w:sz w:val="20"/>
        </w:rPr>
        <w:t>Firma del Richiedente : 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https://richiesta-pronta.com/modulo-richiesta-contatore-di-cantiere-enel/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contatore-di-cantiere-enel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