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RICHIESTA CAMBIO IBAN COMPASS</w:t>
      </w:r>
    </w:p>
    <w:p/>
    <w:p/>
    <w:p>
      <w:r>
        <w:rPr>
          <w:b/>
          <w:sz w:val="20"/>
        </w:rPr>
        <w:t>Dati Cliente</w:t>
      </w:r>
    </w:p>
    <w:p>
      <w:r>
        <w:rPr>
          <w:b w:val="0"/>
          <w:sz w:val="20"/>
        </w:rPr>
        <w:t>Nome e Cognome: _________________________________________________</w:t>
      </w:r>
    </w:p>
    <w:p>
      <w:r>
        <w:rPr>
          <w:b w:val="0"/>
          <w:sz w:val="20"/>
        </w:rPr>
        <w:t>Codice Fiscale / P.IVA: ___________________________________________</w:t>
      </w:r>
    </w:p>
    <w:p>
      <w:r>
        <w:rPr>
          <w:b w:val="0"/>
          <w:sz w:val="20"/>
        </w:rPr>
        <w:t>Numero Contratto Compass: _________________________________________</w:t>
      </w:r>
    </w:p>
    <w:p>
      <w:r>
        <w:rPr>
          <w:b w:val="0"/>
          <w:sz w:val="20"/>
        </w:rPr>
        <w:t>Indirizzo Residenza: ______________________________________________</w:t>
      </w:r>
    </w:p>
    <w:p>
      <w:r>
        <w:rPr>
          <w:b w:val="0"/>
          <w:sz w:val="20"/>
        </w:rPr>
        <w:t>Telefono: ________________________________________________________</w:t>
      </w:r>
    </w:p>
    <w:p>
      <w:r>
        <w:rPr>
          <w:b w:val="0"/>
          <w:sz w:val="20"/>
        </w:rPr>
        <w:t>Email: ___________________________________________________________</w:t>
      </w:r>
    </w:p>
    <w:p/>
    <w:p/>
    <w:p>
      <w:r>
        <w:rPr>
          <w:b/>
          <w:sz w:val="20"/>
        </w:rPr>
        <w:t>Dati Vecchio IBAN</w:t>
      </w:r>
    </w:p>
    <w:p>
      <w:r>
        <w:rPr>
          <w:b w:val="0"/>
          <w:sz w:val="20"/>
        </w:rPr>
        <w:t>Intestatario conto corrente: _______________________________________</w:t>
      </w:r>
    </w:p>
    <w:p>
      <w:r>
        <w:rPr>
          <w:b w:val="0"/>
          <w:sz w:val="20"/>
        </w:rPr>
        <w:t>IBAN: ____________________________________________________________</w:t>
      </w:r>
    </w:p>
    <w:p>
      <w:r>
        <w:rPr>
          <w:b w:val="0"/>
          <w:sz w:val="20"/>
        </w:rPr>
        <w:t>Banca/Istituto di credito: _________________________________________</w:t>
      </w:r>
    </w:p>
    <w:p/>
    <w:p/>
    <w:p>
      <w:r>
        <w:rPr>
          <w:b/>
          <w:sz w:val="20"/>
        </w:rPr>
        <w:t>Dati Nuovo IBAN</w:t>
      </w:r>
    </w:p>
    <w:p>
      <w:r>
        <w:rPr>
          <w:b w:val="0"/>
          <w:sz w:val="20"/>
        </w:rPr>
        <w:t>Intestatario conto corrente: _______________________________________</w:t>
      </w:r>
    </w:p>
    <w:p>
      <w:r>
        <w:rPr>
          <w:b w:val="0"/>
          <w:sz w:val="20"/>
        </w:rPr>
        <w:t>IBAN: ____________________________________________________________</w:t>
      </w:r>
    </w:p>
    <w:p>
      <w:r>
        <w:rPr>
          <w:b w:val="0"/>
          <w:sz w:val="20"/>
        </w:rPr>
        <w:t>Banca/Istituto di credito: _________________________________________</w:t>
      </w:r>
    </w:p>
    <w:p/>
    <w:p/>
    <w:p>
      <w:r>
        <w:rPr>
          <w:b/>
          <w:sz w:val="20"/>
        </w:rPr>
        <w:t>Dichiarazione e Consenso</w:t>
      </w:r>
    </w:p>
    <w:p>
      <w:r>
        <w:rPr>
          <w:b w:val="0"/>
          <w:sz w:val="20"/>
        </w:rPr>
        <w:t>Il/La sottoscritto/a, con la presente, richiede la modifica dell'IBAN associato al proprio contratto Compass sopra indicato, dichiarando che i dati forniti sono veritieri e aggiornati. Si autorizza Compass a effettuare tutte le verifiche necessarie per la corretta esecuzione della modifica richiesta e solleva Compass da ogni responsabilità derivante da eventuali inesattezze dei dati forniti.</w:t>
      </w:r>
    </w:p>
    <w:p/>
    <w:p>
      <w:r>
        <w:rPr>
          <w:b w:val="0"/>
          <w:sz w:val="20"/>
        </w:rPr>
        <w:t>Si prende atto che la modifica dell'IBAN potrà comportare eventuali ritardi nell'accredito delle somme dovute e che la responsabilità per eventuali errori o ritardi imputabili a dati errati o incompleti rimane a carico del richiedente.</w:t>
      </w:r>
    </w:p>
    <w:p/>
    <w:p>
      <w:r>
        <w:rPr>
          <w:b w:val="0"/>
          <w:sz w:val="20"/>
        </w:rPr>
        <w:t>Ai sensi degli artt. 13 e 23 del Regolamento UE 2016/679 (GDPR), si informa che i dati personali forniti saranno trattati da Compass esclusivamente per le finalità connesse alla gestione della presente richiesta, nel rispetto della normativa vigente in materia di privacy.</w:t>
      </w:r>
    </w:p>
    <w:p/>
    <w:p/>
    <w:p>
      <w:r>
        <w:rPr>
          <w:b/>
          <w:sz w:val="20"/>
        </w:rPr>
        <w:t>Firma del Cliente per accettazione e presa visione:</w:t>
      </w:r>
    </w:p>
    <w:p>
      <w:r>
        <w:rPr>
          <w:b w:val="0"/>
          <w:sz w:val="20"/>
        </w:rPr>
        <w:br/>
        <w:br/>
        <w:t>______________________________</w:t>
      </w:r>
    </w:p>
    <w:p/>
    <w:p/>
    <w:p/>
    <w:p>
      <w:r>
        <w:rPr>
          <w:b w:val="0"/>
          <w:sz w:val="20"/>
        </w:rPr>
        <w:t>Luogo: ___________________________________</w:t>
      </w:r>
    </w:p>
    <w:p>
      <w:r>
        <w:rPr>
          <w:b w:val="0"/>
          <w:sz w:val="20"/>
        </w:rPr>
        <w:t>Data: 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COMPASS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incaricato Compass: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https://richiesta-pronta.com/modulo-richiesta-cambio-iban-compass/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cambio-iban-compass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