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MODULO RICHIESTA ATTIVAZIONE FORNITURA GAS</w:t>
      </w:r>
    </w:p>
    <w:p/>
    <w:p/>
    <w:p>
      <w:r>
        <w:rPr>
          <w:b/>
          <w:sz w:val="20"/>
        </w:rPr>
        <w:t>DATI DEL RICHIEDENTE</w:t>
      </w:r>
    </w:p>
    <w:p>
      <w:r>
        <w:rPr>
          <w:b w:val="0"/>
          <w:sz w:val="20"/>
        </w:rPr>
        <w:t>Nome e Cognome / Ragione Sociale : ______________________________________________</w:t>
      </w:r>
    </w:p>
    <w:p>
      <w:r>
        <w:rPr>
          <w:b w:val="0"/>
          <w:sz w:val="20"/>
        </w:rPr>
        <w:t>Codice Fiscale / Partita IVA : ___________________________________________________</w:t>
      </w:r>
    </w:p>
    <w:p>
      <w:r>
        <w:rPr>
          <w:b w:val="0"/>
          <w:sz w:val="20"/>
        </w:rPr>
        <w:t>Indirizzo Residenza / Sede Legale : ______________________________________________</w:t>
      </w:r>
    </w:p>
    <w:p>
      <w:r>
        <w:rPr>
          <w:b w:val="0"/>
          <w:sz w:val="20"/>
        </w:rPr>
        <w:t>CAP : ___________    Comune : ___________________    Provincia : ________________</w:t>
      </w:r>
    </w:p>
    <w:p>
      <w:r>
        <w:rPr>
          <w:b w:val="0"/>
          <w:sz w:val="20"/>
        </w:rPr>
        <w:t>Telefono : ___________________    Email : ________________________________________</w:t>
      </w:r>
    </w:p>
    <w:p/>
    <w:p>
      <w:r>
        <w:rPr>
          <w:b/>
          <w:sz w:val="20"/>
        </w:rPr>
        <w:t>DATI FORNITURA</w:t>
      </w:r>
    </w:p>
    <w:p>
      <w:r>
        <w:rPr>
          <w:b w:val="0"/>
          <w:sz w:val="20"/>
        </w:rPr>
        <w:t>Indirizzo Punto di Consegna (POD) / Punto di Riconsegna (PER) : ____________________</w:t>
      </w:r>
    </w:p>
    <w:p>
      <w:r>
        <w:rPr>
          <w:b w:val="0"/>
          <w:sz w:val="20"/>
        </w:rPr>
        <w:t>CAP : ___________    Comune : ___________________    Provincia : ________________</w:t>
      </w:r>
    </w:p>
    <w:p>
      <w:r>
        <w:rPr>
          <w:b w:val="0"/>
          <w:sz w:val="20"/>
        </w:rPr>
        <w:t>Codice POD / PER (se disponibile) : ____________________________________________</w:t>
      </w:r>
    </w:p>
    <w:p>
      <w:r>
        <w:rPr>
          <w:b w:val="0"/>
          <w:sz w:val="20"/>
        </w:rPr>
        <w:t>Tipologia di fornitura: □ Uso domestico  □ Uso non domestico</w:t>
      </w:r>
    </w:p>
    <w:p>
      <w:r>
        <w:rPr>
          <w:b w:val="0"/>
          <w:sz w:val="20"/>
        </w:rPr>
        <w:t>Potenza richiesta (m³/h o kW) : ________________________________________________</w:t>
      </w:r>
    </w:p>
    <w:p/>
    <w:p>
      <w:r>
        <w:rPr>
          <w:b/>
          <w:sz w:val="20"/>
        </w:rPr>
        <w:t>DATI CONTATORE</w:t>
      </w:r>
    </w:p>
    <w:p>
      <w:r>
        <w:rPr>
          <w:b w:val="0"/>
          <w:sz w:val="20"/>
        </w:rPr>
        <w:t>Marca e modello contatore (se conosciuto) : ____________________________________</w:t>
      </w:r>
    </w:p>
    <w:p>
      <w:r>
        <w:rPr>
          <w:b w:val="0"/>
          <w:sz w:val="20"/>
        </w:rPr>
        <w:t>Numero contatore (se noto) : __________________________________________________</w:t>
      </w:r>
    </w:p>
    <w:p>
      <w:r>
        <w:rPr>
          <w:b w:val="0"/>
          <w:sz w:val="20"/>
        </w:rPr>
        <w:t>Tipo di contatore: □ Meccanico  □ Elettronico</w:t>
      </w:r>
    </w:p>
    <w:p/>
    <w:p>
      <w:r>
        <w:rPr>
          <w:b/>
          <w:sz w:val="20"/>
        </w:rPr>
        <w:t>INFORMAZIONI SULL'ATTIVAZIONE E CONTRATTO</w:t>
      </w:r>
    </w:p>
    <w:p>
      <w:r>
        <w:rPr>
          <w:b w:val="0"/>
          <w:sz w:val="20"/>
        </w:rPr>
        <w:t>Tipo di richiesta: □ Prima attivazione  □ Subentro  □ Voltura</w:t>
      </w:r>
    </w:p>
    <w:p>
      <w:r>
        <w:rPr>
          <w:b w:val="0"/>
          <w:sz w:val="20"/>
        </w:rPr>
        <w:t>Data prevista per l'attivazione : ______________________________________________</w:t>
      </w:r>
    </w:p>
    <w:p>
      <w:r>
        <w:rPr>
          <w:b w:val="0"/>
          <w:sz w:val="20"/>
        </w:rPr>
        <w:t>Codice cliente precedente (per subentro o voltura) : ___________________________</w:t>
      </w:r>
    </w:p>
    <w:p/>
    <w:p>
      <w:r>
        <w:rPr>
          <w:b/>
          <w:sz w:val="20"/>
        </w:rPr>
        <w:t>DICHIARAZIONE E CONSENSO</w:t>
      </w:r>
    </w:p>
    <w:p>
      <w:r>
        <w:rPr>
          <w:b w:val="0"/>
          <w:sz w:val="20"/>
        </w:rPr>
        <w:t>Il sottoscritto richiedente dichiara di aver preso visione e di accettare le condizioni contrattuali e le tariffe applicate da Hera per la fornitura di gas naturale, nonché le informative sulla privacy e sulla sicurezza. Si impegna a fornire tutte le informazioni necessarie per l'attivazione e a rispettare gli obblighi previsti dalla normativa vigente.</w:t>
      </w:r>
    </w:p>
    <w:p>
      <w:r>
        <w:rPr>
          <w:b w:val="0"/>
          <w:sz w:val="20"/>
        </w:rPr>
        <w:t>Il richiedente autorizza Hera a effettuare le verifiche necessarie sui dati forniti e a trattare i dati personali nel rispetto della normativa europea GDPR (Regolamento UE 2016/679).</w:t>
      </w:r>
    </w:p>
    <w:p/>
    <w:p>
      <w:r>
        <w:rPr>
          <w:b/>
          <w:sz w:val="20"/>
        </w:rPr>
        <w:t>Firma del Richiedente :</w:t>
      </w:r>
    </w:p>
    <w:p>
      <w:r>
        <w:rPr>
          <w:b w:val="0"/>
          <w:sz w:val="20"/>
        </w:rPr>
        <w:t>______________________________________________________________________________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RICHIEDENTE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OPERATORE HERA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 : 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 : ______________________________</w:t>
            </w:r>
          </w:p>
        </w:tc>
      </w:tr>
    </w:tbl>
    <w:p/>
    <w:p/>
    <w:p>
      <w:r>
        <w:rPr>
          <w:b/>
          <w:sz w:val="20"/>
        </w:rPr>
        <w:t>INFORMATIVA PRIVACY</w:t>
      </w:r>
    </w:p>
    <w:p>
      <w:r>
        <w:rPr>
          <w:b w:val="0"/>
          <w:sz w:val="20"/>
        </w:rPr>
        <w:t>I dati personali raccolti saranno trattati da Hera S.p.A. per le finalità connesse alla gestione della fornitura di gas naturale, nel rispetto delle disposizioni del Regolamento UE 2016/679 (GDPR). Per maggiori informazioni consultare il sito www.gruppohera.it/privacy.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https://richiesta-pronta.com/modulo-richiesta-attivazione-gas-hera/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https://richiesta-pronta.com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richiesta-pronta.com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richiesta-pronta.com/modulo-richiesta-attivazione-gas-hera/" TargetMode="External"/><Relationship Id="rId10" Type="http://schemas.openxmlformats.org/officeDocument/2006/relationships/hyperlink" Target="https://richiesta-pront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