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ASSEGNO DI INCOLLOCABILITÀ</w:t>
      </w:r>
    </w:p>
    <w:p/>
    <w:p/>
    <w:p>
      <w:r>
        <w:rPr>
          <w:b/>
          <w:sz w:val="20"/>
        </w:rPr>
        <w:t>DATI DEL RICHIEDENTE</w:t>
      </w:r>
    </w:p>
    <w:p>
      <w:r>
        <w:rPr>
          <w:b w:val="0"/>
          <w:sz w:val="20"/>
        </w:rPr>
        <w:t>Nome e Cognome : 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</w:t>
      </w:r>
    </w:p>
    <w:p>
      <w:r>
        <w:rPr>
          <w:b w:val="0"/>
          <w:sz w:val="20"/>
        </w:rPr>
        <w:t>Data di nascita : ___________________________________________________________</w:t>
      </w:r>
    </w:p>
    <w:p>
      <w:r>
        <w:rPr>
          <w:b w:val="0"/>
          <w:sz w:val="20"/>
        </w:rPr>
        <w:t>Luogo di nascita : __________________________________________________________</w:t>
      </w:r>
    </w:p>
    <w:p>
      <w:r>
        <w:rPr>
          <w:b w:val="0"/>
          <w:sz w:val="20"/>
        </w:rPr>
        <w:t>Residenza (Indirizzo, CAP, Comune, Provincia) : ________________________________</w:t>
      </w:r>
    </w:p>
    <w:p>
      <w:r>
        <w:rPr>
          <w:b w:val="0"/>
          <w:sz w:val="20"/>
        </w:rPr>
        <w:t>Recapito telefonico : _______________________________________________________</w:t>
      </w:r>
    </w:p>
    <w:p>
      <w:r>
        <w:rPr>
          <w:b w:val="0"/>
          <w:sz w:val="20"/>
        </w:rPr>
        <w:t>Indirizzo e-mail : __________________________________________________________</w:t>
      </w:r>
    </w:p>
    <w:p/>
    <w:p>
      <w:r>
        <w:rPr>
          <w:b/>
          <w:sz w:val="20"/>
        </w:rPr>
        <w:t>DATI DEL RAPPRESENTANTE LEGALE (se presente)</w:t>
      </w:r>
    </w:p>
    <w:p>
      <w:r>
        <w:rPr>
          <w:b w:val="0"/>
          <w:sz w:val="20"/>
        </w:rPr>
        <w:t>Nome e Cognome : __________________________________________________________</w:t>
      </w:r>
    </w:p>
    <w:p>
      <w:r>
        <w:rPr>
          <w:b w:val="0"/>
          <w:sz w:val="20"/>
        </w:rPr>
        <w:t>Codice Fiscale : ___________________________________________________________</w:t>
      </w:r>
    </w:p>
    <w:p>
      <w:r>
        <w:rPr>
          <w:b w:val="0"/>
          <w:sz w:val="20"/>
        </w:rPr>
        <w:t>Rapporto con il richiedente : _______________________________________________</w:t>
      </w:r>
    </w:p>
    <w:p>
      <w:r>
        <w:rPr>
          <w:b w:val="0"/>
          <w:sz w:val="20"/>
        </w:rPr>
        <w:t>Recapito telefonico : _______________________________________________________</w:t>
      </w:r>
    </w:p>
    <w:p>
      <w:r>
        <w:rPr>
          <w:b w:val="0"/>
          <w:sz w:val="20"/>
        </w:rPr>
        <w:t>Indirizzo e-mail : __________________________________________________________</w:t>
      </w:r>
    </w:p>
    <w:p/>
    <w:p>
      <w:r>
        <w:rPr>
          <w:b/>
          <w:sz w:val="20"/>
        </w:rPr>
        <w:t>DICHIARAZIONE DI INCOLLOCABILITÀ</w:t>
      </w:r>
    </w:p>
    <w:p>
      <w:r>
        <w:rPr>
          <w:b w:val="0"/>
          <w:sz w:val="20"/>
        </w:rPr>
        <w:t>Il/la sottoscritto/a, consapevole delle sanzioni penali previste in caso di dichiarazioni mendaci, ai sensi degli artt. 46 e 47 del D.P.R. 445/2000 e successive modifiche, dichiara quanto segue:</w:t>
      </w:r>
    </w:p>
    <w:p>
      <w:r>
        <w:rPr>
          <w:b w:val="0"/>
          <w:sz w:val="20"/>
        </w:rPr>
        <w:t>• di essere in stato di incollocabilità lavorativa ai sensi della normativa vigente;</w:t>
      </w:r>
    </w:p>
    <w:p>
      <w:r>
        <w:rPr>
          <w:b w:val="0"/>
          <w:sz w:val="20"/>
        </w:rPr>
        <w:t>• di non poter svolgere alcuna attività lavorativa a causa di condizioni personali, fisiche o sociali che ne impediscono l’inserimento nel mondo del lavoro;</w:t>
      </w:r>
    </w:p>
    <w:p>
      <w:r>
        <w:rPr>
          <w:b w:val="0"/>
          <w:sz w:val="20"/>
        </w:rPr>
        <w:t>• di essere iscritto/a nelle liste speciali per l’impiego o nelle categorie protette, ove previsto;</w:t>
      </w:r>
    </w:p>
    <w:p>
      <w:r>
        <w:rPr>
          <w:b w:val="0"/>
          <w:sz w:val="20"/>
        </w:rPr>
        <w:t>• di non percepire alcun reddito da lavoro dipendente o autonomo;</w:t>
      </w:r>
    </w:p>
    <w:p>
      <w:r>
        <w:rPr>
          <w:b w:val="0"/>
          <w:sz w:val="20"/>
        </w:rPr>
        <w:t>• di non beneficiare di alcuna forma di sostegno al reddito diversa dall’assegno di incollocabilità.</w:t>
      </w:r>
    </w:p>
    <w:p/>
    <w:p>
      <w:r>
        <w:rPr>
          <w:b/>
          <w:sz w:val="20"/>
        </w:rPr>
        <w:t>RICHIESTA ASSEGNO DI INCOLLOCABILITÀ</w:t>
      </w:r>
    </w:p>
    <w:p>
      <w:r>
        <w:rPr>
          <w:b w:val="0"/>
          <w:sz w:val="20"/>
        </w:rPr>
        <w:t>Con la presente, il/la sottoscritto/a richiede l’erogazione dell’assegno di incollocabilità previsto dalla normativa vigente, impegnandosi a fornire tutta la documentazione necessaria a comprovare la propria situazione e a comunicare tempestivamente eventuali variazioni.</w:t>
      </w:r>
    </w:p>
    <w:p/>
    <w:p>
      <w:r>
        <w:rPr>
          <w:b/>
          <w:sz w:val="20"/>
        </w:rPr>
        <w:t>DOCUMENTI ALLEGATI</w:t>
      </w:r>
    </w:p>
    <w:p>
      <w:r>
        <w:rPr>
          <w:b w:val="0"/>
          <w:sz w:val="20"/>
        </w:rPr>
        <w:t>Si allegano alla presente i seguenti documenti (barrare le caselle):</w:t>
      </w:r>
    </w:p>
    <w:p>
      <w:pPr>
        <w:pStyle w:val="ListBullet"/>
      </w:pPr>
      <w:r>
        <w:t>□ Documento di identità valido</w:t>
      </w:r>
    </w:p>
    <w:p>
      <w:pPr>
        <w:pStyle w:val="ListBullet"/>
      </w:pPr>
      <w:r>
        <w:t>□ Codice fiscale</w:t>
      </w:r>
    </w:p>
    <w:p>
      <w:pPr>
        <w:pStyle w:val="ListBullet"/>
      </w:pPr>
      <w:r>
        <w:t>□ Certificato medico o documentazione sanitaria comprovante lo stato di incollocabilità</w:t>
      </w:r>
    </w:p>
    <w:p>
      <w:pPr>
        <w:pStyle w:val="ListBullet"/>
      </w:pPr>
      <w:r>
        <w:t>□ Certificato di iscrizione nelle liste speciali o categorie protette (se applicabile)</w:t>
      </w:r>
    </w:p>
    <w:p>
      <w:pPr>
        <w:pStyle w:val="ListBullet"/>
      </w:pPr>
      <w:r>
        <w:t>□ Dichiarazione sostitutiva di certificazione ai sensi del D.P.R. 445/2000</w:t>
      </w:r>
    </w:p>
    <w:p/>
    <w:p>
      <w:r>
        <w:rPr>
          <w:b/>
          <w:sz w:val="20"/>
        </w:rPr>
        <w:t>INFORMATIVA SULLA PRIVACY</w:t>
      </w:r>
    </w:p>
    <w:p>
      <w:r>
        <w:rPr>
          <w:b w:val="0"/>
          <w:sz w:val="20"/>
        </w:rPr>
        <w:t>Ai sensi dell’art. 13 del Regolamento UE 2016/679 (GDPR) e del D.Lgs. 196/2003 e s.m.i., si informa che i dati personali forniti con la presente richiesta saranno trattati esclusivamente per le finalità connesse all’erogazione dell’assegno di incollocabilità, nel rispetto della normativa vigente in materia di protezione dei dati personali.</w:t>
      </w:r>
    </w:p>
    <w:p/>
    <w:p>
      <w:r>
        <w:rPr>
          <w:b/>
          <w:sz w:val="20"/>
        </w:rPr>
        <w:t>DICHIARAZIONE FINALE E IMPEGNO</w:t>
      </w:r>
    </w:p>
    <w:p>
      <w:r>
        <w:rPr>
          <w:b w:val="0"/>
          <w:sz w:val="20"/>
        </w:rPr>
        <w:t>Il/la sottoscritto/a dichiara di aver preso visione dell’informativa sulla privacy, di essere consapevole delle conseguenze penali in caso di dichiarazioni false o mendaci e si impegna a comunicare tempestivamente ogni variazione della propria situazione che possa incidere sul diritto all’assegno di incollocabilità.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LUOGO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RICHIEDENTE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(firma leggibile e in originale)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https://richiesta-pronta.com/modulo-richiesta-assegno-di-incollocabilita/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assegno-di-incollocabilita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