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DI RICHIESTA ASPETTATIVA NON RETRIBUITA</w:t>
      </w:r>
    </w:p>
    <w:p/>
    <w:p/>
    <w:p>
      <w:r>
        <w:rPr>
          <w:b/>
          <w:sz w:val="20"/>
        </w:rPr>
        <w:t>Dati del Dipendente Richiedente:</w:t>
      </w:r>
    </w:p>
    <w:p>
      <w:r>
        <w:rPr>
          <w:b w:val="0"/>
          <w:sz w:val="20"/>
        </w:rPr>
        <w:t>Nome e Cognome : ___________________________________________________</w:t>
      </w:r>
    </w:p>
    <w:p>
      <w:r>
        <w:rPr>
          <w:b w:val="0"/>
          <w:sz w:val="20"/>
        </w:rPr>
        <w:t>Mansione/Ruolo : ____________________________________________________</w:t>
      </w:r>
    </w:p>
    <w:p>
      <w:r>
        <w:rPr>
          <w:b w:val="0"/>
          <w:sz w:val="20"/>
        </w:rPr>
        <w:t>Reparto/Unità Organizzativa : _________________________________________</w:t>
      </w:r>
    </w:p>
    <w:p>
      <w:r>
        <w:rPr>
          <w:b w:val="0"/>
          <w:sz w:val="20"/>
        </w:rPr>
        <w:t>Matricola/ID Dipendente : _____________________________________________</w:t>
      </w:r>
    </w:p>
    <w:p/>
    <w:p>
      <w:r>
        <w:rPr>
          <w:b/>
          <w:sz w:val="20"/>
        </w:rPr>
        <w:t>Dati del Datore di Lavoro:</w:t>
      </w:r>
    </w:p>
    <w:p>
      <w:r>
        <w:rPr>
          <w:b w:val="0"/>
          <w:sz w:val="20"/>
        </w:rPr>
        <w:t>Denominazione Azienda : ______________________________________________</w:t>
      </w:r>
    </w:p>
    <w:p>
      <w:r>
        <w:rPr>
          <w:b w:val="0"/>
          <w:sz w:val="20"/>
        </w:rPr>
        <w:t>Sede Legale : ______________________________________________________</w:t>
      </w:r>
    </w:p>
    <w:p>
      <w:r>
        <w:rPr>
          <w:b w:val="0"/>
          <w:sz w:val="20"/>
        </w:rPr>
        <w:t>Rappresentante Legale : ______________________________________________</w:t>
      </w:r>
    </w:p>
    <w:p/>
    <w:p>
      <w:r>
        <w:rPr>
          <w:b/>
          <w:sz w:val="20"/>
        </w:rPr>
        <w:t>Oggetto della Richiesta:</w:t>
      </w:r>
    </w:p>
    <w:p>
      <w:r>
        <w:rPr>
          <w:b w:val="0"/>
          <w:sz w:val="20"/>
        </w:rPr>
        <w:t>Il sottoscritto richiede di usufruire di un periodo di aspettativa non retribuita ai sensi dell'art. 2110 del Codice Civile e del CCNL applicato, per motivi personali e/o familiari.</w:t>
      </w:r>
    </w:p>
    <w:p/>
    <w:p>
      <w:r>
        <w:rPr>
          <w:b/>
          <w:sz w:val="20"/>
        </w:rPr>
        <w:t>Dettagli del Periodo di Aspettativa:</w:t>
      </w:r>
    </w:p>
    <w:p>
      <w:r>
        <w:rPr>
          <w:b w:val="0"/>
          <w:sz w:val="20"/>
        </w:rPr>
        <w:t>Inizio aspettativa : ______________________</w:t>
      </w:r>
    </w:p>
    <w:p>
      <w:r>
        <w:rPr>
          <w:b w:val="0"/>
          <w:sz w:val="20"/>
        </w:rPr>
        <w:t>Fine aspettativa : ________________________</w:t>
      </w:r>
    </w:p>
    <w:p>
      <w:r>
        <w:rPr>
          <w:b w:val="0"/>
          <w:sz w:val="20"/>
        </w:rPr>
        <w:t>Durata complessiva (in giorni) : ___________</w:t>
      </w:r>
    </w:p>
    <w:p/>
    <w:p>
      <w:r>
        <w:rPr>
          <w:b/>
          <w:sz w:val="20"/>
        </w:rPr>
        <w:t>Motivazione della Richiesta: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Dichiarazioni del Dipendente:</w:t>
      </w:r>
    </w:p>
    <w:p>
      <w:r>
        <w:rPr>
          <w:b w:val="0"/>
          <w:sz w:val="20"/>
        </w:rPr>
        <w:t>Il sottoscritto dichiara di essere a conoscenza che durante il periodo di aspettativa non retribuita:</w:t>
      </w:r>
    </w:p>
    <w:p>
      <w:r>
        <w:rPr>
          <w:b w:val="0"/>
          <w:sz w:val="20"/>
        </w:rPr>
        <w:t>- non maturano retribuzione né contributi previdenziali a carico dell’azienda;</w:t>
      </w:r>
    </w:p>
    <w:p>
      <w:r>
        <w:rPr>
          <w:b w:val="0"/>
          <w:sz w:val="20"/>
        </w:rPr>
        <w:t>- il rapporto di lavoro resta sospeso e si conserva il posto di lavoro;</w:t>
      </w:r>
    </w:p>
    <w:p>
      <w:r>
        <w:rPr>
          <w:b w:val="0"/>
          <w:sz w:val="20"/>
        </w:rPr>
        <w:t>- al termine del periodo richiesto il dipendente ha diritto alla reintegrazione nel posto di lavoro;</w:t>
      </w:r>
    </w:p>
    <w:p>
      <w:r>
        <w:rPr>
          <w:b w:val="0"/>
          <w:sz w:val="20"/>
        </w:rPr>
        <w:t>- la presente richiesta è subordinata all’approvazione da parte del Datore di Lavoro.</w:t>
      </w:r>
    </w:p>
    <w:p/>
    <w:p>
      <w:r>
        <w:rPr>
          <w:b w:val="0"/>
          <w:sz w:val="20"/>
        </w:rPr>
        <w:t>Il sottoscritto si impegna a comunicare tempestivamente ogni eventuale modifica o necessità di proroga o riduzione del periodo di aspettativa.</w:t>
      </w:r>
    </w:p>
    <w:p/>
    <w:p/>
    <w:p>
      <w:r>
        <w:rPr>
          <w:b w:val="0"/>
          <w:sz w:val="20"/>
        </w:rPr>
        <w:t>Luogo : ________________________        Data : 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Dipendente Richiedente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Datore di Lavoro / Rappresentante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/>
    <w:p/>
    <w:p>
      <w:r>
        <w:rPr>
          <w:b/>
          <w:sz w:val="20"/>
        </w:rPr>
        <w:t>Note:</w:t>
      </w:r>
    </w:p>
    <w:p>
      <w:r>
        <w:rPr>
          <w:b w:val="0"/>
          <w:sz w:val="20"/>
        </w:rPr>
        <w:t>La presente richiesta sarà valutata secondo quanto previsto dal CCNL applicato e dalla normativa vigente in materia di aspettativa non retribuita.</w:t>
      </w:r>
    </w:p>
    <w:p>
      <w:r>
        <w:rPr>
          <w:b w:val="0"/>
          <w:sz w:val="20"/>
        </w:rPr>
        <w:t>L’azienda si riserva di fornire riscontro scritto entro i termini previsti dal contratto e dalle normative applicabili.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https://richiesta-pronta.com/modulo-richiesta-aspettativa-non-retribuita/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modulo-richiesta-aspettativa-non-retribuita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