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ANTICIPO TFR PER MOTIVI PERSONALI</w:t>
      </w:r>
    </w:p>
    <w:p/>
    <w:p/>
    <w:p>
      <w:r>
        <w:rPr>
          <w:b/>
          <w:sz w:val="20"/>
        </w:rPr>
        <w:t>Dati del Dipendente richiedente:</w:t>
      </w:r>
    </w:p>
    <w:p>
      <w:r>
        <w:rPr>
          <w:b w:val="0"/>
          <w:sz w:val="20"/>
        </w:rPr>
        <w:t>Nome e Cognome: 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</w:t>
      </w:r>
    </w:p>
    <w:p>
      <w:r>
        <w:rPr>
          <w:b w:val="0"/>
          <w:sz w:val="20"/>
        </w:rPr>
        <w:t>Posizione Aziendale / Matricola: ____________________________________________</w:t>
      </w:r>
    </w:p>
    <w:p>
      <w:r>
        <w:rPr>
          <w:b w:val="0"/>
          <w:sz w:val="20"/>
        </w:rPr>
        <w:t>Sede di Lavoro: _____________________________________________________________</w:t>
      </w:r>
    </w:p>
    <w:p/>
    <w:p>
      <w:r>
        <w:rPr>
          <w:b/>
          <w:sz w:val="20"/>
        </w:rPr>
        <w:t>Dati del Datore di Lavoro:</w:t>
      </w:r>
    </w:p>
    <w:p>
      <w:r>
        <w:rPr>
          <w:b w:val="0"/>
          <w:sz w:val="20"/>
        </w:rPr>
        <w:t>Ragione Sociale: ____________________________________________________________</w:t>
      </w:r>
    </w:p>
    <w:p>
      <w:r>
        <w:rPr>
          <w:b w:val="0"/>
          <w:sz w:val="20"/>
        </w:rPr>
        <w:t>Sede Legale: ________________________________________________________________</w:t>
      </w:r>
    </w:p>
    <w:p>
      <w:r>
        <w:rPr>
          <w:b w:val="0"/>
          <w:sz w:val="20"/>
        </w:rPr>
        <w:t>Referente Aziendale: ________________________________________________________</w:t>
      </w:r>
    </w:p>
    <w:p/>
    <w:p>
      <w:r>
        <w:rPr>
          <w:b/>
          <w:sz w:val="20"/>
        </w:rPr>
        <w:t>Oggetto della Richiesta:</w:t>
      </w:r>
    </w:p>
    <w:p>
      <w:r>
        <w:rPr>
          <w:b w:val="0"/>
          <w:sz w:val="20"/>
        </w:rPr>
        <w:t>Richiesta di anticipo sul Trattamento di Fine Rapporto (TFR) per motivi personali ai sensi dell'art. 2120 del Codice Civile e della normativa vigente.</w:t>
      </w:r>
    </w:p>
    <w:p/>
    <w:p>
      <w:r>
        <w:rPr>
          <w:b/>
          <w:sz w:val="20"/>
        </w:rPr>
        <w:t>Motivazioni della Richiesta (descrivere in modo dettagliato):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Importo Richiesto:</w:t>
      </w:r>
    </w:p>
    <w:p>
      <w:r>
        <w:rPr>
          <w:b w:val="0"/>
          <w:sz w:val="20"/>
        </w:rPr>
        <w:t>Euro ______________________________________________________ (in lettere) _____________________________________________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Ai sensi dell'art. 2120 c.c., il lavoratore può richiedere un anticipo sul TFR maturato per motivate esigenze personali, debitamente documentate.</w:t>
      </w:r>
    </w:p>
    <w:p>
      <w:r>
        <w:rPr>
          <w:b w:val="0"/>
          <w:sz w:val="20"/>
        </w:rPr>
        <w:t>L'anticipo non può superare il 70% del TFR maturato e deve essere concesso entro 6 mesi dalla richiesta, salvo diverse disposizioni contrattuali o aziendali.</w:t>
      </w:r>
    </w:p>
    <w:p/>
    <w:p>
      <w:r>
        <w:rPr>
          <w:b/>
          <w:sz w:val="20"/>
        </w:rPr>
        <w:t>Dichiarazione del Dipendente:</w:t>
      </w:r>
    </w:p>
    <w:p>
      <w:r>
        <w:rPr>
          <w:b w:val="0"/>
          <w:sz w:val="20"/>
        </w:rPr>
        <w:t>Il sottoscritto dichiara che le motivazioni indicate sono veritiere e che si impegna a fornire eventuale documentazione comprovante le necessità personali dichiarate.</w:t>
      </w:r>
    </w:p>
    <w:p/>
    <w:p>
      <w:r>
        <w:rPr>
          <w:b/>
          <w:sz w:val="20"/>
        </w:rPr>
        <w:t>Autorizzazione e Condizioni:</w:t>
      </w:r>
    </w:p>
    <w:p>
      <w:r>
        <w:rPr>
          <w:b w:val="0"/>
          <w:sz w:val="20"/>
        </w:rPr>
        <w:t>Il Datore di Lavoro, valutata la richiesta, potrà concedere l'anticipo entro i limiti e le modalità previsti dalla normativa vigente e dal contratto collettivo applicabile.</w:t>
      </w:r>
    </w:p>
    <w:p>
      <w:r>
        <w:rPr>
          <w:b w:val="0"/>
          <w:sz w:val="20"/>
        </w:rPr>
        <w:t>L'importo anticipato verrà dedotto dal trattamento di fine rapporto al momento della cessazione del rapporto di lavoro.</w:t>
      </w:r>
    </w:p>
    <w:p/>
    <w:p>
      <w:r>
        <w:rPr>
          <w:b w:val="0"/>
          <w:sz w:val="20"/>
        </w:rPr>
        <w:t>Luogo: 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(in stampatello):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(in stampatello):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https://richiesta-pronta.com/modulo-richiesta-anticipo-tfr-per-motivi-personali/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nticipo-tfr-per-motivi-personali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