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MODULO RICHIESTA DI ANNULLAMENTO FINANZIAMENTO</w:t>
      </w:r>
    </w:p>
    <w:p/>
    <w:p/>
    <w:p>
      <w:r>
        <w:rPr>
          <w:b/>
          <w:sz w:val="20"/>
        </w:rPr>
        <w:t>Dati del Richiedente:</w:t>
      </w:r>
    </w:p>
    <w:p>
      <w:r>
        <w:rPr>
          <w:b w:val="0"/>
          <w:sz w:val="20"/>
        </w:rPr>
        <w:t>Nome e Cognome : ___________________________________________________</w:t>
      </w:r>
    </w:p>
    <w:p>
      <w:r>
        <w:rPr>
          <w:b w:val="0"/>
          <w:sz w:val="20"/>
        </w:rPr>
        <w:t>Codice Fiscale : ____________________________________________________</w:t>
      </w:r>
    </w:p>
    <w:p>
      <w:r>
        <w:rPr>
          <w:b w:val="0"/>
          <w:sz w:val="20"/>
        </w:rPr>
        <w:t>Indirizzo Residenza : ________________________________________________</w:t>
      </w:r>
    </w:p>
    <w:p>
      <w:r>
        <w:rPr>
          <w:b w:val="0"/>
          <w:sz w:val="20"/>
        </w:rPr>
        <w:t>Telefono : __________________________________________________________</w:t>
      </w:r>
    </w:p>
    <w:p>
      <w:r>
        <w:rPr>
          <w:b w:val="0"/>
          <w:sz w:val="20"/>
        </w:rPr>
        <w:t>Email : _____________________________________________________________</w:t>
      </w:r>
    </w:p>
    <w:p/>
    <w:p>
      <w:r>
        <w:rPr>
          <w:b/>
          <w:sz w:val="20"/>
        </w:rPr>
        <w:t>Dati del Finanziamento da Annullare:</w:t>
      </w:r>
    </w:p>
    <w:p>
      <w:r>
        <w:rPr>
          <w:b w:val="0"/>
          <w:sz w:val="20"/>
        </w:rPr>
        <w:t>Numero Contratto : _________________________________________________</w:t>
      </w:r>
    </w:p>
    <w:p>
      <w:r>
        <w:rPr>
          <w:b w:val="0"/>
          <w:sz w:val="20"/>
        </w:rPr>
        <w:t>Istituto Finanziatore : ______________________________________________</w:t>
      </w:r>
    </w:p>
    <w:p>
      <w:r>
        <w:rPr>
          <w:b w:val="0"/>
          <w:sz w:val="20"/>
        </w:rPr>
        <w:t>Importo Finanziato : ________________________________________________</w:t>
      </w:r>
    </w:p>
    <w:p>
      <w:r>
        <w:rPr>
          <w:b w:val="0"/>
          <w:sz w:val="20"/>
        </w:rPr>
        <w:t>Durata Finanziamento : ______________________________________________</w:t>
      </w:r>
    </w:p>
    <w:p>
      <w:r>
        <w:rPr>
          <w:b w:val="0"/>
          <w:sz w:val="20"/>
        </w:rPr>
        <w:t>Tasso di Interesse : ________________________________________________</w:t>
      </w:r>
    </w:p>
    <w:p>
      <w:r>
        <w:rPr>
          <w:b w:val="0"/>
          <w:sz w:val="20"/>
        </w:rPr>
        <w:t>Tipo di Finanziamento : ____________________________________________</w:t>
      </w:r>
    </w:p>
    <w:p/>
    <w:p>
      <w:r>
        <w:rPr>
          <w:b/>
          <w:sz w:val="20"/>
        </w:rPr>
        <w:t>Oggetto della Richiesta:</w:t>
      </w:r>
    </w:p>
    <w:p>
      <w:r>
        <w:rPr>
          <w:b w:val="0"/>
          <w:sz w:val="20"/>
        </w:rPr>
        <w:t>Con la presente, il sottoscritto richiede formalmente l'annullamento del finanziamento sopra indicato,</w:t>
      </w:r>
    </w:p>
    <w:p>
      <w:r>
        <w:rPr>
          <w:b w:val="0"/>
          <w:sz w:val="20"/>
        </w:rPr>
        <w:t>con effetto immediato, per motivi personali e nel rispetto delle condizioni contrattuali previste.</w:t>
      </w:r>
    </w:p>
    <w:p/>
    <w:p>
      <w:r>
        <w:rPr>
          <w:b/>
          <w:sz w:val="20"/>
        </w:rPr>
        <w:t>Motivazioni dell'Annullamento:</w:t>
      </w:r>
    </w:p>
    <w:p>
      <w:r>
        <w:rPr>
          <w:b w:val="0"/>
          <w:sz w:val="20"/>
        </w:rPr>
        <w:t>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</w:t>
      </w:r>
    </w:p>
    <w:p/>
    <w:p>
      <w:r>
        <w:rPr>
          <w:b/>
          <w:sz w:val="20"/>
        </w:rPr>
        <w:t>Dichiarazioni:</w:t>
      </w:r>
    </w:p>
    <w:p>
      <w:r>
        <w:rPr>
          <w:b w:val="0"/>
          <w:sz w:val="20"/>
        </w:rPr>
        <w:t>Il sottoscritto dichiara sotto la propria responsabilità:</w:t>
      </w:r>
    </w:p>
    <w:p>
      <w:r>
        <w:rPr>
          <w:b w:val="0"/>
          <w:sz w:val="20"/>
        </w:rPr>
        <w:t>a) di aver letto e compreso tutte le condizioni contrattuali relative al finanziamento;</w:t>
      </w:r>
    </w:p>
    <w:p>
      <w:r>
        <w:rPr>
          <w:b w:val="0"/>
          <w:sz w:val="20"/>
        </w:rPr>
        <w:t>b) di essere consapevole degli eventuali effetti e oneri derivanti dall'annullamento;</w:t>
      </w:r>
    </w:p>
    <w:p>
      <w:r>
        <w:rPr>
          <w:b w:val="0"/>
          <w:sz w:val="20"/>
        </w:rPr>
        <w:t>c) di impegnarsi a restituire eventuali somme già percepite in conformità con le condizioni di legge e contratto;</w:t>
      </w:r>
    </w:p>
    <w:p>
      <w:r>
        <w:rPr>
          <w:b w:val="0"/>
          <w:sz w:val="20"/>
        </w:rPr>
        <w:t>d) di autorizzare l'istituto finanziatore al trattamento dei dati personali ai fini della presente richiesta.</w:t>
      </w:r>
    </w:p>
    <w:p/>
    <w:p>
      <w:r>
        <w:rPr>
          <w:b/>
          <w:sz w:val="20"/>
        </w:rPr>
        <w:t>Informativa Privacy:</w:t>
      </w:r>
    </w:p>
    <w:p>
      <w:r>
        <w:rPr>
          <w:b w:val="0"/>
          <w:sz w:val="20"/>
        </w:rPr>
        <w:t>Ai sensi del Regolamento UE 2016/679 (GDPR), i dati personali forniti saranno trattati esclusivamente per la gestione della presente richiesta di annullamento e per gli adempimenti connessi, nel rispetto della normativa vigente.</w:t>
      </w:r>
    </w:p>
    <w:p/>
    <w:p>
      <w:r>
        <w:rPr>
          <w:b w:val="0"/>
          <w:sz w:val="20"/>
        </w:rPr>
        <w:t>Luogo : ____________________________    Data : ____________________________</w:t>
      </w:r>
    </w:p>
    <w:p/>
    <w:p/>
    <w:p>
      <w:r>
        <w:rPr>
          <w:b/>
          <w:sz w:val="20"/>
        </w:rPr>
        <w:t>Firma del Richiedente:</w:t>
      </w:r>
    </w:p>
    <w:p>
      <w:r>
        <w:rPr>
          <w:b w:val="0"/>
          <w:sz w:val="20"/>
        </w:rPr>
        <w:t>____________________________________________________________________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Richiedente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Per presa visione e accettazione Istituto Finanziatore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https://richiesta-pronta.com/modulo-richiesta-annullamento-finanziamento/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https://richiesta-pronta.com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richiesta-pronta.com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richiesta-pronta.com/modulo-richiesta-annullamento-finanziamento/" TargetMode="External"/><Relationship Id="rId10" Type="http://schemas.openxmlformats.org/officeDocument/2006/relationships/hyperlink" Target="https://richiesta-pron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