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AGEVOLAZIONI TARIFFARIE SUL TRASPORTO PUBBLICO LOCALE</w:t>
      </w:r>
    </w:p>
    <w:p/>
    <w:p/>
    <w:p>
      <w:r>
        <w:rPr>
          <w:b w:val="0"/>
          <w:sz w:val="20"/>
        </w:rPr>
        <w:t>Il sottoscritto/a, consapevole delle sanzioni penali in caso di dichiarazioni mendaci, ai sensi degli articoli 75 e 76 del D.P.R. 445/2000, presenta la seguente richiesta di agevolazione tariffaria per l’accesso al servizio di trasporto pubblico locale.</w:t>
      </w:r>
    </w:p>
    <w:p/>
    <w:p/>
    <w:p>
      <w:r>
        <w:rPr>
          <w:b/>
          <w:sz w:val="20"/>
        </w:rPr>
        <w:t>1. DATI ANAGRAFICI DEL RICHIEDENTE</w:t>
      </w:r>
    </w:p>
    <w:p>
      <w:r>
        <w:rPr>
          <w:b w:val="0"/>
          <w:sz w:val="20"/>
        </w:rPr>
        <w:t>Nome e Cognome: 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</w:t>
      </w:r>
    </w:p>
    <w:p>
      <w:r>
        <w:rPr>
          <w:b w:val="0"/>
          <w:sz w:val="20"/>
        </w:rPr>
        <w:t>Data di nascita: _________________________________________________________</w:t>
      </w:r>
    </w:p>
    <w:p>
      <w:r>
        <w:rPr>
          <w:b w:val="0"/>
          <w:sz w:val="20"/>
        </w:rPr>
        <w:t>Comune di nascita: _______________________________________________________</w:t>
      </w:r>
    </w:p>
    <w:p>
      <w:r>
        <w:rPr>
          <w:b w:val="0"/>
          <w:sz w:val="20"/>
        </w:rPr>
        <w:t>Residenza (indirizzo completo): ___________________________________________</w:t>
      </w:r>
    </w:p>
    <w:p>
      <w:r>
        <w:rPr>
          <w:b w:val="0"/>
          <w:sz w:val="20"/>
        </w:rPr>
        <w:t>Telefono: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</w:t>
      </w:r>
    </w:p>
    <w:p/>
    <w:p>
      <w:r>
        <w:rPr>
          <w:b/>
          <w:sz w:val="20"/>
        </w:rPr>
        <w:t>2. DOCUMENTO DI IDENTITÀ</w:t>
      </w:r>
    </w:p>
    <w:p>
      <w:r>
        <w:rPr>
          <w:b w:val="0"/>
          <w:sz w:val="20"/>
        </w:rPr>
        <w:t>Tipo di documento: _______________________________________________________</w:t>
      </w:r>
    </w:p>
    <w:p>
      <w:r>
        <w:rPr>
          <w:b w:val="0"/>
          <w:sz w:val="20"/>
        </w:rPr>
        <w:t>Numero: _________________________________________________________________</w:t>
      </w:r>
    </w:p>
    <w:p>
      <w:r>
        <w:rPr>
          <w:b w:val="0"/>
          <w:sz w:val="20"/>
        </w:rPr>
        <w:t>Rilasciato da: ___________________________________________________________</w:t>
      </w:r>
    </w:p>
    <w:p>
      <w:r>
        <w:rPr>
          <w:b w:val="0"/>
          <w:sz w:val="20"/>
        </w:rPr>
        <w:t>Data di rilascio: ________________________________________________________</w:t>
      </w:r>
    </w:p>
    <w:p>
      <w:r>
        <w:rPr>
          <w:b w:val="0"/>
          <w:sz w:val="20"/>
        </w:rPr>
        <w:t>Data di scadenza: ________________________________________________________</w:t>
      </w:r>
    </w:p>
    <w:p/>
    <w:p>
      <w:r>
        <w:rPr>
          <w:b/>
          <w:sz w:val="20"/>
        </w:rPr>
        <w:t>3. DICHIARAZIONI AI SENSI DEL D.P.R. 445/2000</w:t>
      </w:r>
    </w:p>
    <w:p>
      <w:r>
        <w:rPr>
          <w:b w:val="0"/>
          <w:sz w:val="20"/>
        </w:rPr>
        <w:t>Il/la sottoscritto/a dichiara sotto la propria responsabilità:</w:t>
      </w:r>
    </w:p>
    <w:p>
      <w:r>
        <w:rPr>
          <w:b w:val="0"/>
          <w:sz w:val="20"/>
        </w:rPr>
        <w:t>a) di essere residente nel Comune di _______________________________________ ;</w:t>
      </w:r>
    </w:p>
    <w:p>
      <w:r>
        <w:rPr>
          <w:b w:val="0"/>
          <w:sz w:val="20"/>
        </w:rPr>
        <w:t>b) di appartenere ad una delle seguenti categorie (barrare la casella corrispondente):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4"/>
          </w:tcPr>
          <w:p>
            <w:r/>
          </w:p>
        </w:tc>
        <w:tc>
          <w:tcPr>
            <w:tcW w:type="dxa" w:w="7370"/>
          </w:tcPr>
          <w:p>
            <w:pPr>
              <w:jc w:val="left"/>
            </w:pPr>
            <w:r>
              <w:t>☐ Studente frequentante istituti scolastici o universitari</w:t>
            </w:r>
          </w:p>
        </w:tc>
      </w:tr>
      <w:tr>
        <w:tc>
          <w:tcPr>
            <w:tcW w:type="dxa" w:w="454"/>
          </w:tcPr>
          <w:p>
            <w:r/>
          </w:p>
        </w:tc>
        <w:tc>
          <w:tcPr>
            <w:tcW w:type="dxa" w:w="7370"/>
          </w:tcPr>
          <w:p>
            <w:pPr>
              <w:jc w:val="left"/>
            </w:pPr>
            <w:r>
              <w:t>☐ Disoccupato o in cerca di prima occupazione</w:t>
            </w:r>
          </w:p>
        </w:tc>
      </w:tr>
      <w:tr>
        <w:tc>
          <w:tcPr>
            <w:tcW w:type="dxa" w:w="454"/>
          </w:tcPr>
          <w:p>
            <w:r/>
          </w:p>
        </w:tc>
        <w:tc>
          <w:tcPr>
            <w:tcW w:type="dxa" w:w="7370"/>
          </w:tcPr>
          <w:p>
            <w:pPr>
              <w:jc w:val="left"/>
            </w:pPr>
            <w:r>
              <w:t>☐ Pensionato con reddito annuo inferiore a € __________</w:t>
            </w:r>
          </w:p>
        </w:tc>
      </w:tr>
      <w:tr>
        <w:tc>
          <w:tcPr>
            <w:tcW w:type="dxa" w:w="454"/>
          </w:tcPr>
          <w:p>
            <w:r/>
          </w:p>
        </w:tc>
        <w:tc>
          <w:tcPr>
            <w:tcW w:type="dxa" w:w="7370"/>
          </w:tcPr>
          <w:p>
            <w:pPr>
              <w:jc w:val="left"/>
            </w:pPr>
            <w:r>
              <w:t>☐ Persona con disabilità riconosciuta ai sensi della legge 104/1992</w:t>
            </w:r>
          </w:p>
        </w:tc>
      </w:tr>
      <w:tr>
        <w:tc>
          <w:tcPr>
            <w:tcW w:type="dxa" w:w="454"/>
          </w:tcPr>
          <w:p>
            <w:r/>
          </w:p>
        </w:tc>
        <w:tc>
          <w:tcPr>
            <w:tcW w:type="dxa" w:w="7370"/>
          </w:tcPr>
          <w:p>
            <w:pPr>
              <w:jc w:val="left"/>
            </w:pPr>
            <w:r>
              <w:t>☐ Reddito familiare ISEE inferiore a € __________</w:t>
            </w:r>
          </w:p>
        </w:tc>
      </w:tr>
      <w:tr>
        <w:tc>
          <w:tcPr>
            <w:tcW w:type="dxa" w:w="454"/>
          </w:tcPr>
          <w:p>
            <w:r/>
          </w:p>
        </w:tc>
        <w:tc>
          <w:tcPr>
            <w:tcW w:type="dxa" w:w="7370"/>
          </w:tcPr>
          <w:p>
            <w:pPr>
              <w:jc w:val="left"/>
            </w:pPr>
            <w:r>
              <w:t>☐ Altro (specificare): _________________________________________________</w:t>
            </w:r>
          </w:p>
        </w:tc>
      </w:tr>
    </w:tbl>
    <w:p/>
    <w:p>
      <w:r>
        <w:rPr>
          <w:b/>
          <w:sz w:val="20"/>
        </w:rPr>
        <w:t>4. MOTIVAZIONI DELLA RICHIESTA</w:t>
      </w:r>
    </w:p>
    <w:p>
      <w:r>
        <w:rPr>
          <w:b w:val="0"/>
          <w:sz w:val="20"/>
        </w:rPr>
        <w:t>Descrivere brevemente le motivazioni che giustificano la richiesta di agevolazione tariffaria: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5. DOCUMENTAZIONE ALLEGATA</w:t>
      </w:r>
    </w:p>
    <w:p>
      <w:r>
        <w:rPr>
          <w:b w:val="0"/>
          <w:sz w:val="20"/>
        </w:rPr>
        <w:t>Il/la sottoscritto/a allega alla presente domanda la seguente documentazione comprovante le dichiarazioni rese:</w:t>
      </w:r>
    </w:p>
    <w:p>
      <w:r>
        <w:rPr>
          <w:b w:val="0"/>
          <w:sz w:val="20"/>
        </w:rPr>
        <w:t>☐ Copia del documento di identità in corso di validità</w:t>
      </w:r>
    </w:p>
    <w:p>
      <w:r>
        <w:rPr>
          <w:b w:val="0"/>
          <w:sz w:val="20"/>
        </w:rPr>
        <w:t>☐ Certificato di residenza</w:t>
      </w:r>
    </w:p>
    <w:p>
      <w:r>
        <w:rPr>
          <w:b w:val="0"/>
          <w:sz w:val="20"/>
        </w:rPr>
        <w:t>☐ Attestazione ISEE aggiornata</w:t>
      </w:r>
    </w:p>
    <w:p>
      <w:r>
        <w:rPr>
          <w:b w:val="0"/>
          <w:sz w:val="20"/>
        </w:rPr>
        <w:t>☐ Certificato di invalidità o disabilità (se richiesto)</w:t>
      </w:r>
    </w:p>
    <w:p>
      <w:r>
        <w:rPr>
          <w:b w:val="0"/>
          <w:sz w:val="20"/>
        </w:rPr>
        <w:t>☐ Altro (specificare): _________________________________________________</w:t>
      </w:r>
    </w:p>
    <w:p/>
    <w:p>
      <w:r>
        <w:rPr>
          <w:b/>
          <w:sz w:val="20"/>
        </w:rPr>
        <w:t>6. INFORMATIVA E CONSENSO AL TRATTAMENTO DEI DATI PERSONALI</w:t>
      </w:r>
    </w:p>
    <w:p>
      <w:r>
        <w:rPr>
          <w:b w:val="0"/>
          <w:sz w:val="20"/>
        </w:rPr>
        <w:t>Ai sensi del Regolamento UE 2016/679 (GDPR) e del D.Lgs. 196/2003, il sottoscritto/a autorizza il trattamento dei dati personali forniti esclusivamente per le finalità connesse alla presente richiesta di agevolazione tariffaria.</w:t>
      </w:r>
    </w:p>
    <w:p/>
    <w:p/>
    <w:p>
      <w:r>
        <w:rPr>
          <w:b/>
          <w:sz w:val="20"/>
        </w:rPr>
        <w:t>7. DICHIARAZIONE FINALE</w:t>
      </w:r>
    </w:p>
    <w:p>
      <w:r>
        <w:rPr>
          <w:b w:val="0"/>
          <w:sz w:val="20"/>
        </w:rPr>
        <w:t>Il/la sottoscritto/a dichiara che quanto sopra corrisponde a verità e prende atto delle responsabilità penali previste in caso di dichiarazioni false o mendaci.</w:t>
      </w:r>
    </w:p>
    <w:p/>
    <w:p/>
    <w:p>
      <w:r>
        <w:rPr>
          <w:b w:val="0"/>
          <w:sz w:val="20"/>
        </w:rPr>
        <w:t>Luogo : ________________________________________________________________</w:t>
      </w:r>
    </w:p>
    <w:p>
      <w:r>
        <w:rPr>
          <w:b w:val="0"/>
          <w:sz w:val="20"/>
        </w:rPr>
        <w:t>Data  : ________________________________________________________________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Firma del Richiedente: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br/>
              <w:br/>
              <w:t>_______________________________</w:t>
            </w:r>
          </w:p>
        </w:tc>
      </w:tr>
    </w:tbl>
    <w:p/>
    <w:p/>
    <w:p>
      <w:r>
        <w:rPr>
          <w:b/>
          <w:sz w:val="20"/>
        </w:rPr>
        <w:t>NOTE LEGALI</w:t>
      </w:r>
    </w:p>
    <w:p>
      <w:r>
        <w:rPr>
          <w:b w:val="0"/>
          <w:sz w:val="20"/>
        </w:rPr>
        <w:t>La presente richiesta è soggetta alle disposizioni del D.P.R. 445/2000 e alle normative vigenti in materia di trasporto pubblico locale e agevolazioni tariffarie. Eventuali dichiarazioni false comportano l'applicazione delle sanzioni previste dalla legge.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https://richiesta-pronta.com/modulo-richiesta-agevolazioni-tariffarie-sul-trasporto-pubblico-locale/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agevolazioni-tariffarie-sul-trasporto-pubblico-loca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