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Al Dott./Dott.ssa _________________________________</w:t>
      </w:r>
    </w:p>
    <w:p>
      <w:r>
        <w:rPr>
          <w:b w:val="0"/>
          <w:sz w:val="20"/>
        </w:rPr>
        <w:t>Presso Studio Medico di __________________________</w:t>
      </w:r>
    </w:p>
    <w:p>
      <w:r>
        <w:rPr>
          <w:b w:val="0"/>
          <w:sz w:val="20"/>
        </w:rPr>
        <w:t>Indirizzo: _______________________________________</w:t>
      </w:r>
    </w:p>
    <w:p>
      <w:r>
        <w:rPr>
          <w:b w:val="0"/>
          <w:sz w:val="20"/>
        </w:rPr>
        <w:t>CAP _______________ Città ________________________</w:t>
      </w:r>
    </w:p>
    <w:p/>
    <w:p/>
    <w:p>
      <w:r>
        <w:rPr>
          <w:b/>
          <w:sz w:val="20"/>
        </w:rPr>
        <w:t>Oggetto: Richiesta di rilascio ricetta medica</w:t>
      </w:r>
    </w:p>
    <w:p/>
    <w:p/>
    <w:p>
      <w:r>
        <w:rPr>
          <w:b w:val="0"/>
          <w:sz w:val="20"/>
        </w:rPr>
        <w:t>Spettabile Dottore/Dottoressa,</w:t>
      </w:r>
    </w:p>
    <w:p/>
    <w:p>
      <w:r>
        <w:rPr>
          <w:b w:val="0"/>
          <w:sz w:val="20"/>
        </w:rPr>
        <w:t>Con la presente, sottoscritto/a ___________________________________________________________, nato/a a ____________________, residente in ________________________________, via ________________________________, codice fiscale ____________________,</w:t>
      </w:r>
    </w:p>
    <w:p>
      <w:r>
        <w:rPr>
          <w:b w:val="0"/>
          <w:sz w:val="20"/>
        </w:rPr>
        <w:t>desidera richiedere il rilascio di una prescrizione medica per i seguenti farmaci/terapie:</w:t>
      </w:r>
    </w:p>
    <w:p/>
    <w:p>
      <w:r>
        <w:rPr>
          <w:b w:val="0"/>
          <w:sz w:val="20"/>
        </w:rPr>
        <w:t>1) _______________________________________________________________</w:t>
      </w:r>
    </w:p>
    <w:p>
      <w:r>
        <w:rPr>
          <w:b w:val="0"/>
          <w:sz w:val="20"/>
        </w:rPr>
        <w:t>2) _______________________________________________________________</w:t>
      </w:r>
    </w:p>
    <w:p>
      <w:r>
        <w:rPr>
          <w:b w:val="0"/>
          <w:sz w:val="20"/>
        </w:rPr>
        <w:t>3) _______________________________________________________________</w:t>
      </w:r>
    </w:p>
    <w:p/>
    <w:p>
      <w:r>
        <w:rPr>
          <w:b w:val="0"/>
          <w:sz w:val="20"/>
        </w:rPr>
        <w:t>La suddetta richiesta è motivata da condizioni cliniche di natura personale, che richiedono il trattamento farmacologico indicato.</w:t>
      </w:r>
    </w:p>
    <w:p>
      <w:r>
        <w:rPr>
          <w:b w:val="0"/>
          <w:sz w:val="20"/>
        </w:rPr>
        <w:t>Si allegano eventuali referti, esami o documentazione clinica utile a supporto della richiesta.</w:t>
      </w:r>
    </w:p>
    <w:p/>
    <w:p>
      <w:r>
        <w:rPr>
          <w:b w:val="0"/>
          <w:sz w:val="20"/>
        </w:rPr>
        <w:t>Resto a disposizione per eventuali approfondimenti e ringrazio anticipatamente per la cortese attenzione e disponibilità.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Firma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</w:t>
            </w:r>
          </w:p>
        </w:tc>
      </w:tr>
    </w:tbl>
    <w:p/>
    <w:p/>
    <w:p>
      <w:r>
        <w:rPr>
          <w:b/>
          <w:sz w:val="20"/>
        </w:rPr>
        <w:t>Recapiti per contatti:</w:t>
      </w:r>
    </w:p>
    <w:p>
      <w:r>
        <w:rPr>
          <w:b w:val="0"/>
          <w:sz w:val="20"/>
        </w:rPr>
        <w:t>Telefono: ___________________________</w:t>
      </w:r>
    </w:p>
    <w:p>
      <w:r>
        <w:rPr>
          <w:b w:val="0"/>
          <w:sz w:val="20"/>
        </w:rPr>
        <w:t>Email: _______________________________</w:t>
      </w:r>
    </w:p>
    <w:p/>
    <w:p/>
    <w:p>
      <w:r>
        <w:rPr>
          <w:b w:val="0"/>
          <w:sz w:val="20"/>
        </w:rPr>
        <w:t>Ai sensi del Regolamento UE 2016/679 (GDPR), i dati personali forniti saranno trattati esclusivamente ai fini della presente richiesta e con modalità che garantiscono la sicurezza e la riservatezza delle informazioni.</w:t>
      </w:r>
    </w:p>
    <w:p/>
    <w:p>
      <w:r>
        <w:rPr>
          <w:b w:val="0"/>
          <w:sz w:val="20"/>
        </w:rPr>
        <w:t>Luogo: ___________________________     Firma: 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https://richiesta-pronta.com/lettera-richiesta-ricetta-medica/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lettera-richiesta-ricetta-medica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