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RICHIESTA PAGAMENTO</w:t>
      </w:r>
    </w:p>
    <w:p/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Ragione Sociale / Nome e Cognome : 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</w:t>
      </w:r>
    </w:p>
    <w:p>
      <w:r>
        <w:rPr>
          <w:b w:val="0"/>
          <w:sz w:val="20"/>
        </w:rPr>
        <w:t>Telefono : 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</w:t>
      </w:r>
    </w:p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Ragione Sociale / Nome e Cognome : ______________________________________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Codice Fiscale / Partita IVA : __________________________________________</w:t>
      </w:r>
    </w:p>
    <w:p>
      <w:r>
        <w:rPr>
          <w:b w:val="0"/>
          <w:sz w:val="20"/>
        </w:rPr>
        <w:t>Telefono : 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</w:t>
      </w:r>
    </w:p>
    <w:p/>
    <w:p/>
    <w:p>
      <w:r>
        <w:rPr>
          <w:b/>
          <w:sz w:val="20"/>
        </w:rPr>
        <w:t>Oggetto: Richiesta di pagamento di somma dovuta</w:t>
      </w:r>
    </w:p>
    <w:p/>
    <w:p/>
    <w:p>
      <w:r>
        <w:rPr>
          <w:b w:val="0"/>
          <w:sz w:val="20"/>
        </w:rPr>
        <w:t>Spett.le</w:t>
      </w:r>
    </w:p>
    <w:p>
      <w:r>
        <w:rPr>
          <w:b w:val="0"/>
          <w:sz w:val="20"/>
        </w:rPr>
        <w:t>Con la presente, il/la sottoscritto/a, in qualità di creditore nei Suoi confronti,</w:t>
      </w:r>
    </w:p>
    <w:p>
      <w:r>
        <w:rPr>
          <w:b w:val="0"/>
          <w:sz w:val="20"/>
        </w:rPr>
        <w:t>evidenzia che, a tutt’oggi, risulta insoluto il pagamento relativo a quanto dovuto come da contratto/accordo tra le parti.</w:t>
      </w:r>
    </w:p>
    <w:p/>
    <w:p>
      <w:r>
        <w:rPr>
          <w:b w:val="0"/>
          <w:sz w:val="20"/>
        </w:rPr>
        <w:t>Nel dettaglio, la somma complessiva dovuta ammonta a Euro ____________________,</w:t>
      </w:r>
    </w:p>
    <w:p>
      <w:r>
        <w:rPr>
          <w:b w:val="0"/>
          <w:sz w:val="20"/>
        </w:rPr>
        <w:t>riferita a: _________________________________________________ (indicare natura del credito, es. fattura n., data, prestazione, prodotto, ecc.).</w:t>
      </w:r>
    </w:p>
    <w:p/>
    <w:p>
      <w:r>
        <w:rPr>
          <w:b w:val="0"/>
          <w:sz w:val="20"/>
        </w:rPr>
        <w:t>Si richiede pertanto il saldo immediato dell’importo sopra indicato,</w:t>
      </w:r>
    </w:p>
    <w:p>
      <w:r>
        <w:rPr>
          <w:b w:val="0"/>
          <w:sz w:val="20"/>
        </w:rPr>
        <w:t>al fine di evitare l’adozione di ulteriori azioni legali per la tutela del credito,</w:t>
      </w:r>
    </w:p>
    <w:p>
      <w:r>
        <w:rPr>
          <w:b w:val="0"/>
          <w:sz w:val="20"/>
        </w:rPr>
        <w:t>conseguenti a maggiori spese e oneri a Suo carico, ai sensi degli artt. 1218 e 1223 c.c.</w:t>
      </w:r>
    </w:p>
    <w:p/>
    <w:p>
      <w:r>
        <w:rPr>
          <w:b w:val="0"/>
          <w:sz w:val="20"/>
        </w:rPr>
        <w:t>Restando a disposizione per ogni eventuale chiarimento,</w:t>
      </w:r>
    </w:p>
    <w:p>
      <w:r>
        <w:rPr>
          <w:b w:val="0"/>
          <w:sz w:val="20"/>
        </w:rPr>
        <w:t>si invita a voler provvedere al pagamento tramite bonifico bancario alle coordinate sotto riportate,</w:t>
      </w:r>
    </w:p>
    <w:p>
      <w:r>
        <w:rPr>
          <w:b w:val="0"/>
          <w:sz w:val="20"/>
        </w:rPr>
        <w:t>entro e non oltre 15 giorni dal ricevimento della presente.</w:t>
      </w:r>
    </w:p>
    <w:p/>
    <w:p>
      <w:r>
        <w:rPr>
          <w:b/>
          <w:sz w:val="20"/>
        </w:rPr>
        <w:t>Coordinate Bancarie :</w:t>
      </w:r>
    </w:p>
    <w:p>
      <w:r>
        <w:rPr>
          <w:b w:val="0"/>
          <w:sz w:val="20"/>
        </w:rPr>
        <w:t>Intestatario conto : _________________________________________________</w:t>
      </w:r>
    </w:p>
    <w:p>
      <w:r>
        <w:rPr>
          <w:b w:val="0"/>
          <w:sz w:val="20"/>
        </w:rPr>
        <w:t>Banca : _____________________________________________________________</w:t>
      </w:r>
    </w:p>
    <w:p>
      <w:r>
        <w:rPr>
          <w:b w:val="0"/>
          <w:sz w:val="20"/>
        </w:rPr>
        <w:t>IBAN : ______________________________________________________________</w:t>
      </w:r>
    </w:p>
    <w:p/>
    <w:p/>
    <w:p>
      <w:r>
        <w:rPr>
          <w:b w:val="0"/>
          <w:sz w:val="20"/>
        </w:rPr>
        <w:t>Si ricorda che, in caso di mancato pagamento entro il termine indicato,</w:t>
      </w:r>
    </w:p>
    <w:p>
      <w:r>
        <w:rPr>
          <w:b w:val="0"/>
          <w:sz w:val="20"/>
        </w:rPr>
        <w:t>sarà nostra cura procedere senza ulteriori avvisi con tutti i mezzi legali consentiti,</w:t>
      </w:r>
    </w:p>
    <w:p>
      <w:r>
        <w:rPr>
          <w:b w:val="0"/>
          <w:sz w:val="20"/>
        </w:rPr>
        <w:t>compresa la richiesta di interessi di mora e il risarcimento danni, ai sensi del D.Lgs. 231/2002 e del Codice Civile.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 di redazione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https://richiesta-pronta.com/lettera-richiesta-pagamento-rol/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lettera-richiesta-pagamento-rol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