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Oggetto: Richiesta di Finanziamento per Progetto</w:t>
      </w:r>
    </w:p>
    <w:p/>
    <w:p/>
    <w:p>
      <w:r>
        <w:rPr>
          <w:b w:val="0"/>
          <w:sz w:val="20"/>
        </w:rPr>
        <w:t>Alla cortese attenzione di:</w:t>
      </w:r>
    </w:p>
    <w:p>
      <w:r>
        <w:rPr>
          <w:b w:val="0"/>
          <w:sz w:val="20"/>
        </w:rPr>
        <w:t>Istituto di Credito / Ente Finanziatore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Città - CAP</w:t>
      </w:r>
    </w:p>
    <w:p/>
    <w:p/>
    <w:p>
      <w:r>
        <w:rPr>
          <w:b w:val="0"/>
          <w:sz w:val="20"/>
        </w:rPr>
        <w:t>Mittente:</w:t>
      </w:r>
    </w:p>
    <w:p>
      <w:r>
        <w:rPr>
          <w:b w:val="0"/>
          <w:sz w:val="20"/>
        </w:rPr>
        <w:t>Nome / Ragione Sociale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Città - CAP</w:t>
      </w:r>
    </w:p>
    <w:p>
      <w:r>
        <w:rPr>
          <w:b w:val="0"/>
          <w:sz w:val="20"/>
        </w:rPr>
        <w:t>Codice Fiscale / Partita IVA</w:t>
      </w:r>
    </w:p>
    <w:p>
      <w:r>
        <w:rPr>
          <w:b w:val="0"/>
          <w:sz w:val="20"/>
        </w:rPr>
        <w:t>Telefono / Email</w:t>
      </w:r>
    </w:p>
    <w:p/>
    <w:p/>
    <w:p>
      <w:r>
        <w:rPr>
          <w:b/>
          <w:sz w:val="20"/>
        </w:rPr>
        <w:t>Spett.le Istituto,</w:t>
      </w:r>
    </w:p>
    <w:p/>
    <w:p>
      <w:r>
        <w:rPr>
          <w:b w:val="0"/>
          <w:sz w:val="20"/>
        </w:rPr>
        <w:t>con la presente, il/la sottoscritto/a, in qualità di legale rappresentante della società sopra indicata,</w:t>
      </w:r>
    </w:p>
    <w:p>
      <w:r>
        <w:rPr>
          <w:b w:val="0"/>
          <w:sz w:val="20"/>
        </w:rPr>
        <w:t>intende sottoporre alla Vostra attenzione la richiesta di finanziamento per la realizzazione del progetto di seguito descritto.</w:t>
      </w:r>
    </w:p>
    <w:p/>
    <w:p>
      <w:r>
        <w:rPr>
          <w:b/>
          <w:sz w:val="20"/>
        </w:rPr>
        <w:t>1. Descrizione del progetto</w:t>
      </w:r>
    </w:p>
    <w:p>
      <w:r>
        <w:rPr>
          <w:b w:val="0"/>
          <w:sz w:val="20"/>
        </w:rPr>
        <w:t>Il progetto consiste in ____________ [descrizione sintetica del progetto, attività, obiettivi e finalità].</w:t>
      </w:r>
    </w:p>
    <w:p/>
    <w:p>
      <w:r>
        <w:rPr>
          <w:b/>
          <w:sz w:val="20"/>
        </w:rPr>
        <w:t>2. Finalità del finanziamento</w:t>
      </w:r>
    </w:p>
    <w:p>
      <w:r>
        <w:rPr>
          <w:b w:val="0"/>
          <w:sz w:val="20"/>
        </w:rPr>
        <w:t>Il finanziamento richiesto verrà utilizzato esclusivamente per: acquisto di beni strumentali, sviluppo di infrastrutture, ricerca e sviluppo, e tutte le attività strettamente connesse al buon esito del progetto.</w:t>
      </w:r>
    </w:p>
    <w:p/>
    <w:p>
      <w:r>
        <w:rPr>
          <w:b/>
          <w:sz w:val="20"/>
        </w:rPr>
        <w:t>3. Importo richiesto</w:t>
      </w:r>
    </w:p>
    <w:p>
      <w:r>
        <w:rPr>
          <w:b w:val="0"/>
          <w:sz w:val="20"/>
        </w:rPr>
        <w:t>L'importo complessivo del finanziamento richiesto ammonta a € ____________ (euro ____________).</w:t>
      </w:r>
    </w:p>
    <w:p/>
    <w:p>
      <w:r>
        <w:rPr>
          <w:b/>
          <w:sz w:val="20"/>
        </w:rPr>
        <w:t>4. Piano di rimborso</w:t>
      </w:r>
    </w:p>
    <w:p>
      <w:r>
        <w:rPr>
          <w:b w:val="0"/>
          <w:sz w:val="20"/>
        </w:rPr>
        <w:t>Si propone un piano di rimborso articolato in ____________ rate periodiche, con scadenze e modalità da concordare, compatibilmente con le condizioni di mercato e la normativa vigente.</w:t>
      </w:r>
    </w:p>
    <w:p/>
    <w:p>
      <w:r>
        <w:rPr>
          <w:b/>
          <w:sz w:val="20"/>
        </w:rPr>
        <w:t>5. Garanzie offerte</w:t>
      </w:r>
    </w:p>
    <w:p>
      <w:r>
        <w:rPr>
          <w:b w:val="0"/>
          <w:sz w:val="20"/>
        </w:rPr>
        <w:t>In relazione alla richiesta di finanziamento, si offrono le seguenti garanzie: ____________ [specificare eventuali garanzie reali, personali, fideiussioni, ecc.].</w:t>
      </w:r>
    </w:p>
    <w:p/>
    <w:p>
      <w:r>
        <w:rPr>
          <w:b/>
          <w:sz w:val="20"/>
        </w:rPr>
        <w:t>6. Documentazione allegata</w:t>
      </w:r>
    </w:p>
    <w:p>
      <w:r>
        <w:rPr>
          <w:b w:val="0"/>
          <w:sz w:val="20"/>
        </w:rPr>
        <w:t>A corredo della presente richiesta si allegano i seguenti documenti, a supporto dell'analisi e valutazione del progetto:</w:t>
      </w:r>
    </w:p>
    <w:p>
      <w:r>
        <w:rPr>
          <w:b w:val="0"/>
          <w:sz w:val="20"/>
        </w:rPr>
        <w:t>- Business plan dettagliato;</w:t>
      </w:r>
    </w:p>
    <w:p>
      <w:r>
        <w:rPr>
          <w:b w:val="0"/>
          <w:sz w:val="20"/>
        </w:rPr>
        <w:t>- Bilanci degli ultimi tre esercizi;</w:t>
      </w:r>
    </w:p>
    <w:p>
      <w:r>
        <w:rPr>
          <w:b w:val="0"/>
          <w:sz w:val="20"/>
        </w:rPr>
        <w:t>- Documentazione tecnica e autorizzazioni;</w:t>
      </w:r>
    </w:p>
    <w:p>
      <w:r>
        <w:rPr>
          <w:b w:val="0"/>
          <w:sz w:val="20"/>
        </w:rPr>
        <w:t>- Curriculum e referenze del management;</w:t>
      </w:r>
    </w:p>
    <w:p>
      <w:r>
        <w:rPr>
          <w:b w:val="0"/>
          <w:sz w:val="20"/>
        </w:rPr>
        <w:t>- Altri documenti rilevanti.</w:t>
      </w:r>
    </w:p>
    <w:p/>
    <w:p>
      <w:r>
        <w:rPr>
          <w:b w:val="0"/>
          <w:sz w:val="20"/>
        </w:rPr>
        <w:t>Confidando in un positivo riscontro e nella possibilità di un colloquio per approfondire quanto esposto,</w:t>
      </w:r>
    </w:p>
    <w:p>
      <w:r>
        <w:rPr>
          <w:b w:val="0"/>
          <w:sz w:val="20"/>
        </w:rPr>
        <w:t>restiamo a completa disposizione per ogni ulteriore informazione o chiarimento.</w:t>
      </w:r>
    </w:p>
    <w:p/>
    <w:p>
      <w:r>
        <w:rPr>
          <w:b/>
          <w:sz w:val="20"/>
        </w:rPr>
        <w:t>Distinti saluti,</w:t>
      </w:r>
    </w:p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Firma del Legale Rappresentante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Istituto Finanziatore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https://richiesta-pronta.com/lettera-richiesta-finanziamento-progetto/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richiesta-finanziamento-progett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