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RICHIESTA DOCUMENTI PER ASSUNZIONE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_____________________________</w:t>
      </w:r>
    </w:p>
    <w:p>
      <w:r>
        <w:rPr>
          <w:b w:val="0"/>
          <w:sz w:val="20"/>
        </w:rPr>
        <w:t>Indirizzo: ___________________________</w:t>
      </w:r>
    </w:p>
    <w:p>
      <w:r>
        <w:rPr>
          <w:b w:val="0"/>
          <w:sz w:val="20"/>
        </w:rPr>
        <w:t>CAP: ___________    Città: _______________</w:t>
      </w:r>
    </w:p>
    <w:p/>
    <w:p/>
    <w:p>
      <w:r>
        <w:rPr>
          <w:b/>
          <w:sz w:val="20"/>
        </w:rPr>
        <w:t>Oggetto: Richiesta documentazione necessaria per assunzione</w:t>
      </w:r>
    </w:p>
    <w:p/>
    <w:p/>
    <w:p>
      <w:r>
        <w:rPr>
          <w:b w:val="0"/>
          <w:sz w:val="20"/>
        </w:rPr>
        <w:t>Gentile Sig./Sig.ra,</w:t>
      </w:r>
    </w:p>
    <w:p/>
    <w:p>
      <w:r>
        <w:rPr>
          <w:b w:val="0"/>
          <w:sz w:val="20"/>
        </w:rPr>
        <w:t>con la presente siamo a richiederLe cortesemente di volerci fornire la seguente documentazione, necessaria per completare le procedure di sua assunzione presso la nostra azienda, in conformità alle normative vigenti in materia di lavoro e privacy:</w:t>
      </w:r>
    </w:p>
    <w:p/>
    <w:p>
      <w:pPr>
        <w:pStyle w:val="ListBullet"/>
      </w:pPr>
      <w:r>
        <w:t>• Documento di identità in corso di validità;</w:t>
      </w:r>
    </w:p>
    <w:p>
      <w:pPr>
        <w:pStyle w:val="ListBullet"/>
      </w:pPr>
      <w:r>
        <w:t>• Codice fiscale;</w:t>
      </w:r>
    </w:p>
    <w:p>
      <w:pPr>
        <w:pStyle w:val="ListBullet"/>
      </w:pPr>
      <w:r>
        <w:t>• Titolo di studio e/o attestati professionali pertinenti;</w:t>
      </w:r>
    </w:p>
    <w:p>
      <w:pPr>
        <w:pStyle w:val="ListBullet"/>
      </w:pPr>
      <w:r>
        <w:t>• Curriculum vitae aggiornato;</w:t>
      </w:r>
    </w:p>
    <w:p>
      <w:pPr>
        <w:pStyle w:val="ListBullet"/>
      </w:pPr>
      <w:r>
        <w:t>• Certificato medico di idoneità lavorativa, se richiesto;</w:t>
      </w:r>
    </w:p>
    <w:p>
      <w:pPr>
        <w:pStyle w:val="ListBullet"/>
      </w:pPr>
      <w:r>
        <w:t>• Permesso di soggiorno o documentazione attestante il diritto al lavoro (per cittadini non UE);</w:t>
      </w:r>
    </w:p>
    <w:p>
      <w:pPr>
        <w:pStyle w:val="ListBullet"/>
      </w:pPr>
      <w:r>
        <w:t>• Dichiarazione di disponibilità al trattamento dei dati personali ai sensi del Regolamento UE 2016/679 (GDPR);</w:t>
      </w:r>
    </w:p>
    <w:p>
      <w:pPr>
        <w:pStyle w:val="ListBullet"/>
      </w:pPr>
      <w:r>
        <w:t>• Altri documenti specifici richiesti (da specificare).</w:t>
      </w:r>
    </w:p>
    <w:p/>
    <w:p/>
    <w:p>
      <w:r>
        <w:rPr>
          <w:b w:val="0"/>
          <w:sz w:val="20"/>
        </w:rPr>
        <w:t>La invitiamo a consegnare la suddetta documentazione al più presto possibile, al fine di permettere la regolare attivazione del rapporto di lavoro e il rispetto di tutti gli obblighi amministrativi e normativi a carico della nostra azienda.</w:t>
      </w:r>
    </w:p>
    <w:p/>
    <w:p>
      <w:r>
        <w:rPr>
          <w:b w:val="0"/>
          <w:sz w:val="20"/>
        </w:rPr>
        <w:t>Precisiamo che i dati raccolti saranno trattati esclusivamente per finalità connesse all’instaurazione e gestione del rapporto di lavoro, nel rispetto della normativa vigente in materia di protezione dei dati personali.</w:t>
      </w:r>
    </w:p>
    <w:p/>
    <w:p/>
    <w:p>
      <w:r>
        <w:rPr>
          <w:b w:val="0"/>
          <w:sz w:val="20"/>
        </w:rPr>
        <w:t>Restiamo a disposizione per qualsiasi chiarimento e porgiamo cordiali saluti.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Firma del Datore di Lavoro / Responsabile Risorse Umane</w:t>
      </w:r>
    </w:p>
    <w:p/>
    <w:p/>
    <w:p/>
    <w:p>
      <w:r>
        <w:rPr>
          <w:b w:val="0"/>
          <w:sz w:val="20"/>
        </w:rPr>
        <w:t>Luogo: _________________________</w:t>
      </w:r>
    </w:p>
    <w:p>
      <w:r>
        <w:rPr>
          <w:b w:val="0"/>
          <w:sz w:val="20"/>
        </w:rPr>
        <w:t>Data: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https://richiesta-pronta.com/lettera-richiesta-documenti-per-assunzione/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lettera-richiesta-documenti-per-assunzion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