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PRESENTAZIONE PER RICHIESTA FINANZIAMENTO</w:t>
      </w:r>
    </w:p>
    <w:p/>
    <w:p/>
    <w:p>
      <w:r>
        <w:rPr>
          <w:b/>
          <w:sz w:val="20"/>
        </w:rPr>
        <w:t>Alla cortese attenzione di:</w:t>
      </w:r>
    </w:p>
    <w:p>
      <w:r>
        <w:rPr>
          <w:b/>
          <w:sz w:val="20"/>
        </w:rPr>
        <w:t>Istituto di Credito / Ente Finanziario</w:t>
      </w:r>
    </w:p>
    <w:p>
      <w:r>
        <w:rPr>
          <w:b/>
          <w:sz w:val="20"/>
        </w:rPr>
        <w:t>Indirizzo:</w:t>
      </w:r>
    </w:p>
    <w:p>
      <w:r>
        <w:rPr>
          <w:b/>
          <w:sz w:val="20"/>
        </w:rPr>
        <w:t>CAP, Città</w:t>
      </w:r>
    </w:p>
    <w:p/>
    <w:p/>
    <w:p>
      <w:r>
        <w:rPr>
          <w:b/>
          <w:sz w:val="20"/>
        </w:rPr>
        <w:t>Oggetto: Richiesta di finanziamento per attività imprenditoriale</w:t>
      </w:r>
    </w:p>
    <w:p/>
    <w:p/>
    <w:p>
      <w:r>
        <w:rPr>
          <w:b w:val="0"/>
          <w:sz w:val="20"/>
        </w:rPr>
        <w:t>Spett.le Istituto di Credito,</w:t>
      </w:r>
    </w:p>
    <w:p/>
    <w:p>
      <w:r>
        <w:rPr>
          <w:b w:val="0"/>
          <w:sz w:val="20"/>
        </w:rPr>
        <w:t>Con la presente, il sottoscritto/la sottoscritta, in qualità di titolare/legale rappresentante della società ______________________________, con sede legale in ______________________________, codice fiscale ______________________, partita IVA ______________________, intende presentare formale richiesta di finanziamento volto a sostenere e sviluppare l'attività imprenditoriale di cui sopra.</w:t>
      </w:r>
    </w:p>
    <w:p/>
    <w:p>
      <w:r>
        <w:rPr>
          <w:b w:val="0"/>
          <w:sz w:val="20"/>
        </w:rPr>
        <w:t>La presente richiesta è motivata dalla necessità di acquisire risorse finanziarie da destinare a: • Investimenti in beni strumentali e infrastrutture;</w:t>
        <w:br/>
        <w:t>• Potenziamento del capitale circolante;</w:t>
        <w:br/>
        <w:t>• Sviluppo di nuovi progetti e ampliamento del mercato di riferimento;</w:t>
        <w:br/>
        <w:t>• Miglioramento dei processi produttivi e organizzativi.</w:t>
      </w:r>
    </w:p>
    <w:p/>
    <w:p>
      <w:r>
        <w:rPr>
          <w:b w:val="0"/>
          <w:sz w:val="20"/>
        </w:rPr>
        <w:t>La società vanta una solida posizione sul mercato, comprovata da un’attività regolarmente svolta e da una gestione finanziaria trasparente e responsabile. Allego alla presente tutta la documentazione richiesta per la valutazione della domanda, tra cui bilanci, business plan dettagliato e ogni altro documento utile a supportare la richiesta.</w:t>
      </w:r>
    </w:p>
    <w:p/>
    <w:p>
      <w:r>
        <w:rPr>
          <w:b w:val="0"/>
          <w:sz w:val="20"/>
        </w:rPr>
        <w:t>Sono a disposizione per eventuali approfondimenti e per fornire ulteriori informazioni o documenti necessari ad agevolare il processo di valutazione. Ringraziando per l’attenzione e la disponibilità, confido in un riscontro positivo e resto in attesa di un cortese riscontro.</w:t>
      </w:r>
    </w:p>
    <w:p/>
    <w:p/>
    <w:p>
      <w:r>
        <w:rPr>
          <w:b w:val="0"/>
          <w:sz w:val="20"/>
        </w:rPr>
        <w:t>Distinti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Nome e Cognome</w:t>
              <w:br/>
              <w:t>Titolare/Legale Rappresentante</w:t>
              <w:br/>
              <w:t>Società: ________________________</w:t>
            </w:r>
          </w:p>
        </w:tc>
      </w:tr>
    </w:tbl>
    <w:p/>
    <w:p/>
    <w:p>
      <w:r>
        <w:rPr>
          <w:b/>
          <w:sz w:val="20"/>
        </w:rPr>
        <w:t>Recapiti:</w:t>
      </w:r>
    </w:p>
    <w:p>
      <w:r>
        <w:rPr>
          <w:b w:val="0"/>
          <w:sz w:val="20"/>
        </w:rPr>
        <w:t>Telefono: ______________________</w:t>
      </w:r>
    </w:p>
    <w:p>
      <w:r>
        <w:rPr>
          <w:b w:val="0"/>
          <w:sz w:val="20"/>
        </w:rPr>
        <w:t>Email: _________________________</w:t>
      </w:r>
    </w:p>
    <w:p>
      <w:r>
        <w:rPr>
          <w:b w:val="0"/>
          <w:sz w:val="20"/>
        </w:rPr>
        <w:t>Indirizzo: ______________________</w:t>
      </w:r>
    </w:p>
    <w:p>
      <w:r>
        <w:rPr>
          <w:b w:val="0"/>
          <w:sz w:val="20"/>
        </w:rPr>
        <w:t>CAP, Città: 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https://richiesta-pronta.com/lettera-di-presentazione-per-richiesta-finanziamento/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lettera-di-presentazione-per-richiesta-finanziamento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