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Al Dirigente Scolastico</w:t>
      </w:r>
    </w:p>
    <w:p>
      <w:r>
        <w:rPr>
          <w:b/>
          <w:sz w:val="20"/>
        </w:rPr>
        <w:t>Istituto _______________________________</w:t>
      </w:r>
    </w:p>
    <w:p>
      <w:r>
        <w:rPr>
          <w:b w:val="0"/>
          <w:sz w:val="20"/>
        </w:rPr>
        <w:t>Via/Piazza ______________________________</w:t>
      </w:r>
    </w:p>
    <w:p>
      <w:r>
        <w:rPr>
          <w:b w:val="0"/>
          <w:sz w:val="20"/>
        </w:rPr>
        <w:t>CAP ____________ - Città _________________________</w:t>
      </w:r>
    </w:p>
    <w:p/>
    <w:p/>
    <w:p>
      <w:r>
        <w:rPr>
          <w:b/>
          <w:sz w:val="20"/>
        </w:rPr>
        <w:t>Oggetto: Richiesta di assegnazione classe</w:t>
      </w:r>
    </w:p>
    <w:p/>
    <w:p>
      <w:r>
        <w:rPr>
          <w:b w:val="0"/>
          <w:sz w:val="20"/>
        </w:rPr>
        <w:t>Egregio Dirigente Scolastico,</w:t>
      </w:r>
    </w:p>
    <w:p/>
    <w:p>
      <w:r>
        <w:rPr>
          <w:b w:val="0"/>
          <w:sz w:val="20"/>
        </w:rPr>
        <w:t>con la presente, il/la sottoscritto/a ________________________________________, in qualità di genitore/tutore del/la minore ____________________________________, nato/a a _________________________ e residente in ________________________, chiede cortesemente l'assegnazione del/la proprio/a figlio/a alla classe _____________ presso codesto Istituto per l'anno scolastico in corso.</w:t>
      </w:r>
    </w:p>
    <w:p/>
    <w:p>
      <w:r>
        <w:rPr>
          <w:b w:val="0"/>
          <w:sz w:val="20"/>
        </w:rPr>
        <w:t>La richiesta è motivata da ragioni di natura _________________________________ (es. vicinanza alla residenza familiare, esigenze di orario lavorativo, continuità didattica con l'anno precedente, ecc.), che si ritengono rilevanti ai fini della frequenza scolastica e del benessere del/della minore.</w:t>
      </w:r>
    </w:p>
    <w:p/>
    <w:p>
      <w:r>
        <w:rPr>
          <w:b w:val="0"/>
          <w:sz w:val="20"/>
        </w:rPr>
        <w:t>Si comunica altresì che il/la minore ha frequentato precedentemente la classe _________ presso l'Istituto _________________________, con buon rendimento e comportamento.</w:t>
      </w:r>
    </w:p>
    <w:p/>
    <w:p>
      <w:r>
        <w:rPr>
          <w:b w:val="0"/>
          <w:sz w:val="20"/>
        </w:rPr>
        <w:t>Confidando in un cortese accoglimento della presente richiesta, rimango a disposizione per eventuali chiarimenti e ringrazio anticipatamente per l’attenzione.</w:t>
      </w:r>
    </w:p>
    <w:p/>
    <w:p/>
    <w:p>
      <w:r>
        <w:rPr>
          <w:b w:val="0"/>
          <w:sz w:val="20"/>
        </w:rPr>
        <w:t>Distinti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Telefono: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Email: 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https://richiesta-pronta.com/lettera-al-dirigente-scolastico-per-richiesta-assegnazione-classe/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lettera-al-dirigente-scolastico-per-richiesta-assegnazione-class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