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RICHIESTA VISITA MEDICA</w:t>
      </w:r>
    </w:p>
    <w:p/>
    <w:p/>
    <w:p>
      <w:r>
        <w:rPr>
          <w:b/>
          <w:sz w:val="20"/>
        </w:rPr>
        <w:t>DATORE DI LAVORO:</w:t>
      </w:r>
    </w:p>
    <w:p>
      <w:r>
        <w:rPr>
          <w:b w:val="0"/>
          <w:sz w:val="20"/>
        </w:rPr>
        <w:t>Ragione Sociale / Nome : ________________________________________________</w:t>
      </w:r>
    </w:p>
    <w:p>
      <w:r>
        <w:rPr>
          <w:b w:val="0"/>
          <w:sz w:val="20"/>
        </w:rPr>
        <w:t>Sede legale / Indirizzo : ________________________________________________</w:t>
      </w:r>
    </w:p>
    <w:p>
      <w:r>
        <w:rPr>
          <w:b w:val="0"/>
          <w:sz w:val="20"/>
        </w:rPr>
        <w:t>Codice Fiscale / Partita IVA : ___________________________________________</w:t>
      </w:r>
    </w:p>
    <w:p>
      <w:r>
        <w:rPr>
          <w:b w:val="0"/>
          <w:sz w:val="20"/>
        </w:rPr>
        <w:t>Telefono : 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</w:t>
      </w:r>
    </w:p>
    <w:p/>
    <w:p>
      <w:r>
        <w:rPr>
          <w:b/>
          <w:sz w:val="20"/>
        </w:rPr>
        <w:t>LAVORATORE:</w:t>
      </w:r>
    </w:p>
    <w:p>
      <w:r>
        <w:rPr>
          <w:b w:val="0"/>
          <w:sz w:val="20"/>
        </w:rPr>
        <w:t>Nome e Cognome : ________________________________________________________</w:t>
      </w:r>
    </w:p>
    <w:p>
      <w:r>
        <w:rPr>
          <w:b w:val="0"/>
          <w:sz w:val="20"/>
        </w:rPr>
        <w:t>Data di nascita : 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</w:t>
      </w:r>
    </w:p>
    <w:p>
      <w:r>
        <w:rPr>
          <w:b w:val="0"/>
          <w:sz w:val="20"/>
        </w:rPr>
        <w:t>Mansione svolta : _______________________________________________________</w:t>
      </w:r>
    </w:p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Richiesta di visita medica ai sensi del Decreto Legislativo 9 aprile 2008, n. 81 e successive modifiche e integrazioni (Testo Unico sulla salute e sicurezza sul lavoro).</w:t>
      </w:r>
    </w:p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a) Il datore di lavoro ha l’obbligo di tutela della salute e sicurezza dei lavoratori ai sensi del D.Lgs. 81/2008;</w:t>
      </w:r>
    </w:p>
    <w:p>
      <w:r>
        <w:rPr>
          <w:b w:val="0"/>
          <w:sz w:val="20"/>
        </w:rPr>
        <w:t>b) Il lavoratore è stato esposto a rischi specifici connessi alle mansioni svolte che richiedono la valutazione dello stato di salute attraverso visita medica preventiva e/o periodica;</w:t>
      </w:r>
    </w:p>
    <w:p>
      <w:r>
        <w:rPr>
          <w:b w:val="0"/>
          <w:sz w:val="20"/>
        </w:rPr>
        <w:t>c) La visita medica è finalizzata alla verifica dell’idoneità alla mansione lavorativa e alla prevenzione di eventuali patologie professionali;</w:t>
      </w:r>
    </w:p>
    <w:p/>
    <w:p>
      <w:r>
        <w:rPr>
          <w:b/>
          <w:sz w:val="20"/>
        </w:rPr>
        <w:t>IL SOTTOSCRITTO DATORE DI LAVORO</w:t>
      </w:r>
    </w:p>
    <w:p>
      <w:r>
        <w:rPr>
          <w:b w:val="0"/>
          <w:sz w:val="20"/>
        </w:rPr>
        <w:t>richiede formalmente che il lavoratore sopra indicato venga sottoposto a visita medica da parte del medico competente, ai sensi dell’art. 41 del D.Lgs. 81/2008 e s.m.i., al fine di:</w:t>
      </w:r>
    </w:p>
    <w:p>
      <w:r>
        <w:rPr>
          <w:b w:val="0"/>
          <w:sz w:val="20"/>
        </w:rPr>
        <w:t>- accertare l’idoneità alla mansione specifica;</w:t>
      </w:r>
    </w:p>
    <w:p>
      <w:r>
        <w:rPr>
          <w:b w:val="0"/>
          <w:sz w:val="20"/>
        </w:rPr>
        <w:t>- effettuare gli accertamenti sanitari previsti dalla normativa vigente;</w:t>
      </w:r>
    </w:p>
    <w:p>
      <w:r>
        <w:rPr>
          <w:b w:val="0"/>
          <w:sz w:val="20"/>
        </w:rPr>
        <w:t>- eventuale aggiornamento del giudizio sanitario.</w:t>
      </w:r>
    </w:p>
    <w:p/>
    <w:p>
      <w:r>
        <w:rPr>
          <w:b w:val="0"/>
          <w:sz w:val="20"/>
        </w:rPr>
        <w:t>A tal fine, si trasmettono al medico competente la documentazione relativa alla valutazione dei rischi e l’elenco delle mansioni specifiche svolte dal lavoratore.</w:t>
      </w:r>
    </w:p>
    <w:p/>
    <w:p>
      <w:r>
        <w:rPr>
          <w:b w:val="0"/>
          <w:sz w:val="20"/>
        </w:rPr>
        <w:t>Il datore di lavoro si impegna a garantire la collaborazione necessaria per lo svolgimento della visita medica e a rispettare le disposizioni in materia di tutela della privacy del lavoratore ai sensi del Regolamento UE 2016/679 (GDPR).</w:t>
      </w:r>
    </w:p>
    <w:p/>
    <w:p>
      <w:r>
        <w:rPr>
          <w:b w:val="0"/>
          <w:sz w:val="20"/>
        </w:rPr>
        <w:t>Luogo : _________________________________________________________________</w:t>
      </w:r>
    </w:p>
    <w:p>
      <w:r>
        <w:rPr>
          <w:b w:val="0"/>
          <w:sz w:val="20"/>
        </w:rPr>
        <w:t>Firma del Datore di Lavoro : _______________________________________________</w:t>
      </w:r>
    </w:p>
    <w:p/>
    <w:p/>
    <w:p>
      <w:r>
        <w:rPr>
          <w:b/>
          <w:sz w:val="20"/>
        </w:rPr>
        <w:t>DICHIARAZIONE DEL LAVORATORE:</w:t>
      </w:r>
    </w:p>
    <w:p>
      <w:r>
        <w:rPr>
          <w:b w:val="0"/>
          <w:sz w:val="20"/>
        </w:rPr>
        <w:t>Il/la sottoscritto/a dichiara di aver ricevuto tutte le informazioni relative alla visita medica e di essere consapevole dell’obbligo di sottoporsi agli accertamenti sanitari previsti.</w:t>
      </w:r>
    </w:p>
    <w:p/>
    <w:p>
      <w:r>
        <w:rPr>
          <w:b w:val="0"/>
          <w:sz w:val="20"/>
        </w:rPr>
        <w:t>Luogo : _________________________________________________________________</w:t>
      </w:r>
    </w:p>
    <w:p>
      <w:r>
        <w:rPr>
          <w:b w:val="0"/>
          <w:sz w:val="20"/>
        </w:rPr>
        <w:t>Firma del Lavoratore : 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LAVORATORE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https://richiesta-pronta.com/fac-simile-visita-medica-richiesta-dal-datore-di-lavoro/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fac-simile-visita-medica-richiesta-dal-datore-di-lavoro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