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RICHIESTA RIEMISSIONE ASSEGNO SCADUTO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Sociale: ________________________________________________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Città: __________________________     CAP: ___________</w:t>
      </w:r>
    </w:p>
    <w:p>
      <w:r>
        <w:rPr>
          <w:b w:val="0"/>
          <w:sz w:val="20"/>
        </w:rPr>
        <w:t>Telefono: ________________________    Email: ____________________________________</w:t>
      </w:r>
    </w:p>
    <w:p/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Ragione Sociale: ________________________________________________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Città: __________________________     CAP: ___________</w:t>
      </w:r>
    </w:p>
    <w:p/>
    <w:p/>
    <w:p>
      <w:r>
        <w:rPr>
          <w:b/>
          <w:sz w:val="20"/>
        </w:rPr>
        <w:t>OGGETTO:</w:t>
      </w:r>
    </w:p>
    <w:p>
      <w:r>
        <w:rPr>
          <w:b w:val="0"/>
          <w:sz w:val="20"/>
        </w:rPr>
        <w:t>Richiesta di riemissione assegno scaduto e protestato</w:t>
      </w:r>
    </w:p>
    <w:p/>
    <w:p/>
    <w:p>
      <w:r>
        <w:rPr>
          <w:b/>
          <w:sz w:val="20"/>
        </w:rPr>
        <w:t>Spett.le</w:t>
      </w:r>
    </w:p>
    <w:p>
      <w:r>
        <w:rPr>
          <w:b w:val="0"/>
          <w:sz w:val="20"/>
        </w:rPr>
        <w:t>Con la presente, il/la sottoscritto/a, in qualità di titolare del conto corrente presso codesto Istituto,</w:t>
      </w:r>
    </w:p>
    <w:p>
      <w:r>
        <w:rPr>
          <w:b w:val="0"/>
          <w:sz w:val="20"/>
        </w:rPr>
        <w:t>e in riferimento all'assegno bancario n. _______________ emesso in data _______________ e scaduto il _______________,</w:t>
      </w:r>
    </w:p>
    <w:p>
      <w:r>
        <w:rPr>
          <w:b w:val="0"/>
          <w:sz w:val="20"/>
        </w:rPr>
        <w:t>regolarmente protestato per mancato pagamento, richiede formalmente la riemissione di un nuovo assegno a saldo e stralcio della somma dovuta.</w:t>
      </w:r>
    </w:p>
    <w:p/>
    <w:p>
      <w:r>
        <w:rPr>
          <w:b w:val="0"/>
          <w:sz w:val="20"/>
        </w:rPr>
        <w:t>Premesso che:</w:t>
      </w:r>
    </w:p>
    <w:p>
      <w:r>
        <w:rPr>
          <w:b w:val="0"/>
          <w:sz w:val="20"/>
        </w:rPr>
        <w:t>- l'assegno suddetto non è stato onorato per motivi che saranno concordati;</w:t>
      </w:r>
    </w:p>
    <w:p>
      <w:r>
        <w:rPr>
          <w:b w:val="0"/>
          <w:sz w:val="20"/>
        </w:rPr>
        <w:t>- il sottoscritto si impegna a regolarizzare la posizione entro i termini che saranno stabiliti;</w:t>
      </w:r>
    </w:p>
    <w:p/>
    <w:p>
      <w:r>
        <w:rPr>
          <w:b w:val="0"/>
          <w:sz w:val="20"/>
        </w:rPr>
        <w:t>Si chiede pertanto di voler procedere alla riemissione di un nuovo assegno,</w:t>
      </w:r>
    </w:p>
    <w:p>
      <w:r>
        <w:rPr>
          <w:b w:val="0"/>
          <w:sz w:val="20"/>
        </w:rPr>
        <w:t>individuando insieme le modalità e i tempi per la regolarizzazione dell'importo dovuto,</w:t>
      </w:r>
    </w:p>
    <w:p>
      <w:r>
        <w:rPr>
          <w:b w:val="0"/>
          <w:sz w:val="20"/>
        </w:rPr>
        <w:t>al fine di evitare ulteriori azioni legali e oneri aggiuntivi.</w:t>
      </w:r>
    </w:p>
    <w:p/>
    <w:p>
      <w:r>
        <w:rPr>
          <w:b w:val="0"/>
          <w:sz w:val="20"/>
        </w:rPr>
        <w:t>Si resta in attesa di un cortese riscontro e si porgono distinti saluti.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p>
      <w:r>
        <w:rPr>
          <w:b w:val="0"/>
          <w:sz w:val="20"/>
        </w:rPr>
        <w:t>Firma richiedente: 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ricevuta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https://richiesta-pronta.com/fac-simile-richiesta-riemissione-assegno-scaduto/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fac-simile-richiesta-riemissione-assegno-scaduto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