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RICHIESTA RATEIZZAZIONE BOLLETTA ENEL</w:t>
      </w:r>
    </w:p>
    <w:p/>
    <w:p/>
    <w:p>
      <w:r>
        <w:rPr>
          <w:b/>
          <w:sz w:val="20"/>
        </w:rPr>
        <w:t>Spett.le ENEL Energia S.p.A.</w:t>
      </w:r>
    </w:p>
    <w:p>
      <w:r>
        <w:rPr>
          <w:b w:val="0"/>
          <w:sz w:val="20"/>
        </w:rPr>
        <w:t>Ufficio Reclami e Gestione Clienti</w:t>
      </w:r>
    </w:p>
    <w:p>
      <w:r>
        <w:rPr>
          <w:b w:val="0"/>
          <w:sz w:val="20"/>
        </w:rPr>
        <w:t>Indirizzo: ______________________________________________</w:t>
      </w:r>
    </w:p>
    <w:p>
      <w:r>
        <w:rPr>
          <w:b w:val="0"/>
          <w:sz w:val="20"/>
        </w:rPr>
        <w:t>CAP: ____________  Città: _______________________________</w:t>
      </w:r>
    </w:p>
    <w:p/>
    <w:p/>
    <w:p>
      <w:r>
        <w:rPr>
          <w:b/>
          <w:sz w:val="20"/>
        </w:rPr>
        <w:t>Oggetto: Richiesta di rateizzazione bolletta elettrica</w:t>
      </w:r>
    </w:p>
    <w:p/>
    <w:p>
      <w:r>
        <w:rPr>
          <w:b w:val="0"/>
          <w:sz w:val="20"/>
        </w:rPr>
        <w:t>Il/la sottoscritto/a ___________________________________________________________,</w:t>
      </w:r>
    </w:p>
    <w:p>
      <w:r>
        <w:rPr>
          <w:b w:val="0"/>
          <w:sz w:val="20"/>
        </w:rPr>
        <w:t>nato/a a _______________________________ il _______________, residente in _____________________________, via ____________________________________________, codice fiscale ________________________________,</w:t>
      </w:r>
    </w:p>
    <w:p>
      <w:r>
        <w:rPr>
          <w:b w:val="0"/>
          <w:sz w:val="20"/>
        </w:rPr>
        <w:t>in qualità di titolare del contratto di fornitura energia elettrica n. ___________________________</w:t>
      </w:r>
    </w:p>
    <w:p>
      <w:r>
        <w:rPr>
          <w:b w:val="0"/>
          <w:sz w:val="20"/>
        </w:rPr>
        <w:t>presso l’utenza ubicata in ____________________________________________,</w:t>
      </w:r>
    </w:p>
    <w:p/>
    <w:p>
      <w:r>
        <w:rPr>
          <w:b w:val="0"/>
          <w:sz w:val="20"/>
        </w:rPr>
        <w:t>considerata l’attuale situazione di difficoltà economica personale e/o familiare, derivante da cause impreviste ed eccezionali,</w:t>
      </w:r>
    </w:p>
    <w:p>
      <w:r>
        <w:rPr>
          <w:b w:val="0"/>
          <w:sz w:val="20"/>
        </w:rPr>
        <w:t>chiede cortesemente la rateizzazione dell’importo totale dovuto relativo alla bolletta n. ____________________, per un importo di € _______________, al fine di consentire un piano di rientro sostenibile.</w:t>
      </w:r>
    </w:p>
    <w:p/>
    <w:p>
      <w:r>
        <w:rPr>
          <w:b w:val="0"/>
          <w:sz w:val="20"/>
        </w:rPr>
        <w:t>A tal fine, si impegna a rispettare i termini e le modalità di pagamento che verranno concordati con codesta società,</w:t>
      </w:r>
    </w:p>
    <w:p>
      <w:r>
        <w:rPr>
          <w:b w:val="0"/>
          <w:sz w:val="20"/>
        </w:rPr>
        <w:t>consapevole che, in caso di mancato rispetto del piano di rateizzazione, ENEL Energia potrà procedere secondo quanto previsto dalla normativa vigente.</w:t>
      </w:r>
    </w:p>
    <w:p/>
    <w:p>
      <w:r>
        <w:rPr>
          <w:b w:val="0"/>
          <w:sz w:val="20"/>
        </w:rPr>
        <w:t>Si allegano alla presente copia della bolletta interessata e documentazione attestante la situazione di difficoltà economica.</w:t>
      </w:r>
    </w:p>
    <w:p/>
    <w:p/>
    <w:p>
      <w:r>
        <w:rPr>
          <w:b/>
          <w:sz w:val="20"/>
        </w:rPr>
        <w:t>DICHIARAZIONE DI CONSENSO AL TRATTAMENTO DEI DATI PERSONALI</w:t>
      </w:r>
    </w:p>
    <w:p>
      <w:r>
        <w:rPr>
          <w:b w:val="0"/>
          <w:sz w:val="20"/>
        </w:rPr>
        <w:t>Ai sensi del Regolamento UE 2016/679 (General Data Protection Regulation – GDPR),</w:t>
      </w:r>
    </w:p>
    <w:p>
      <w:r>
        <w:rPr>
          <w:b w:val="0"/>
          <w:sz w:val="20"/>
        </w:rPr>
        <w:t>autorizzo il trattamento dei miei dati personali esclusivamente per le finalità connesse alla presente richiesta di rateizzazione.</w:t>
      </w:r>
    </w:p>
    <w:p/>
    <w:p/>
    <w:p>
      <w:r>
        <w:rPr>
          <w:b w:val="0"/>
          <w:sz w:val="20"/>
        </w:rPr>
        <w:t>Luogo : ___________________________________________________</w:t>
      </w:r>
    </w:p>
    <w:p>
      <w:r>
        <w:rPr>
          <w:b w:val="0"/>
          <w:sz w:val="20"/>
        </w:rPr>
        <w:t>Data : 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 w:val="0"/>
                <w:sz w:val="20"/>
              </w:rPr>
              <w:t>Firma del Richiedente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 w:val="0"/>
                <w:sz w:val="20"/>
              </w:rPr>
              <w:br/>
              <w:br/>
              <w:t>__________________________________________________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https://richiesta-pronta.com/fac-simile-richiesta-rateizzazione-bolletta-enel/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https://richiesta-pronta.com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richiesta-pronta.com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richiesta-pronta.com/fac-simile-richiesta-rateizzazione-bolletta-enel/" TargetMode="External"/><Relationship Id="rId10" Type="http://schemas.openxmlformats.org/officeDocument/2006/relationships/hyperlink" Target="https://richiesta-pron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