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RICHIESTA ESTRATTO CONTO DEFUNTO</w:t>
      </w:r>
    </w:p>
    <w:p/>
    <w:p/>
    <w:p>
      <w:r>
        <w:rPr>
          <w:b/>
          <w:sz w:val="20"/>
        </w:rPr>
        <w:t>Al Responsabile dell'Ufficio Bancario/Finanziario</w:t>
      </w:r>
    </w:p>
    <w:p>
      <w:r>
        <w:rPr>
          <w:b w:val="0"/>
          <w:sz w:val="20"/>
        </w:rPr>
        <w:t>della ________________________________</w:t>
      </w:r>
    </w:p>
    <w:p/>
    <w:p>
      <w:r>
        <w:rPr>
          <w:b/>
          <w:sz w:val="20"/>
        </w:rPr>
        <w:t>Oggetto: Richiesta estratto conto relativo al/dei conto/i intestato/i al Sig./Sig.ra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C.F. del/dei defunto/i ___________________________________________________</w:t>
      </w:r>
    </w:p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Cognome: 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</w:t>
      </w:r>
    </w:p>
    <w:p>
      <w:r>
        <w:rPr>
          <w:b w:val="0"/>
          <w:sz w:val="20"/>
        </w:rPr>
        <w:t>Residenza: _______________________________________________________________</w:t>
      </w:r>
    </w:p>
    <w:p>
      <w:r>
        <w:rPr>
          <w:b w:val="0"/>
          <w:sz w:val="20"/>
        </w:rPr>
        <w:t>Telefono: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</w:t>
      </w:r>
    </w:p>
    <w:p/>
    <w:p>
      <w:r>
        <w:rPr>
          <w:b/>
          <w:sz w:val="20"/>
        </w:rPr>
        <w:t>In qualità di erede legittimo/testamentario (barrare la voce corretta):</w:t>
      </w:r>
    </w:p>
    <w:p>
      <w:r>
        <w:rPr>
          <w:b w:val="0"/>
          <w:sz w:val="20"/>
        </w:rPr>
        <w:t>☐ Erede legittimo</w:t>
      </w:r>
    </w:p>
    <w:p>
      <w:r>
        <w:rPr>
          <w:b w:val="0"/>
          <w:sz w:val="20"/>
        </w:rPr>
        <w:t>☐ Erede testamentario</w:t>
      </w:r>
    </w:p>
    <w:p>
      <w:r>
        <w:rPr>
          <w:b w:val="0"/>
          <w:sz w:val="20"/>
        </w:rPr>
        <w:t>☐ Curatore dell'eredità</w:t>
      </w:r>
    </w:p>
    <w:p>
      <w:r>
        <w:rPr>
          <w:b w:val="0"/>
          <w:sz w:val="20"/>
        </w:rPr>
        <w:t>☐ Altro (specificare): ____________________________________________________</w:t>
      </w:r>
    </w:p>
    <w:p/>
    <w:p>
      <w:r>
        <w:rPr>
          <w:b/>
          <w:sz w:val="20"/>
        </w:rPr>
        <w:t>CHIEDE</w:t>
      </w:r>
    </w:p>
    <w:p>
      <w:r>
        <w:rPr>
          <w:b w:val="0"/>
          <w:sz w:val="20"/>
        </w:rPr>
        <w:t>Di ricevere, ai sensi dell'art. 119 del D.Lgs. 385/1993 e successive modifiche e integrazioni,</w:t>
      </w:r>
    </w:p>
    <w:p>
      <w:r>
        <w:rPr>
          <w:b w:val="0"/>
          <w:sz w:val="20"/>
        </w:rPr>
        <w:t>l'estratto conto completo e dettagliato relativo al/dei conto/i intestato/i al/dei defunto/i sopra indicato/i,</w:t>
      </w:r>
    </w:p>
    <w:p>
      <w:r>
        <w:rPr>
          <w:b w:val="0"/>
          <w:sz w:val="20"/>
        </w:rPr>
        <w:t>con riferimento al periodo intercorrente dall'apertura del/dei conto/i fino alla data del decesso.</w:t>
      </w:r>
    </w:p>
    <w:p/>
    <w:p>
      <w:r>
        <w:rPr>
          <w:b/>
          <w:sz w:val="20"/>
        </w:rPr>
        <w:t>A tal fine allego alla presente la seguente documentazione:</w:t>
      </w:r>
    </w:p>
    <w:p>
      <w:r>
        <w:rPr>
          <w:b w:val="0"/>
          <w:sz w:val="20"/>
        </w:rPr>
        <w:t>1. Copia del documento di identità in corso di validità del richiedente.</w:t>
      </w:r>
    </w:p>
    <w:p>
      <w:r>
        <w:rPr>
          <w:b w:val="0"/>
          <w:sz w:val="20"/>
        </w:rPr>
        <w:t>2. Copia del codice fiscale del richiedente.</w:t>
      </w:r>
    </w:p>
    <w:p>
      <w:r>
        <w:rPr>
          <w:b w:val="0"/>
          <w:sz w:val="20"/>
        </w:rPr>
        <w:t>3. Certificato di morte del/dei defunto/i.</w:t>
      </w:r>
    </w:p>
    <w:p>
      <w:r>
        <w:rPr>
          <w:b w:val="0"/>
          <w:sz w:val="20"/>
        </w:rPr>
        <w:t>4. Documentazione attestante la qualità di erede (testamento, dichiarazione di successione, ecc.).</w:t>
      </w:r>
    </w:p>
    <w:p>
      <w:r>
        <w:rPr>
          <w:b w:val="0"/>
          <w:sz w:val="20"/>
        </w:rPr>
        <w:t>5. Eventuali ulteriori documenti richiesti dalla banca.</w:t>
      </w:r>
    </w:p>
    <w:p/>
    <w:p>
      <w:r>
        <w:rPr>
          <w:b w:val="0"/>
          <w:sz w:val="20"/>
        </w:rPr>
        <w:t>Dichiaro sotto la mia responsabilità che le informazioni fornite sono veritiere e che la richiesta è effettuata</w:t>
      </w:r>
    </w:p>
    <w:p>
      <w:r>
        <w:rPr>
          <w:b w:val="0"/>
          <w:sz w:val="20"/>
        </w:rPr>
        <w:t>nel pieno rispetto delle normative vigenti in materia di privacy e tutela dei dati personali (Regolamento UE 2016/679 - GDPR).</w:t>
      </w:r>
    </w:p>
    <w:p/>
    <w:p>
      <w:r>
        <w:rPr>
          <w:b w:val="0"/>
          <w:sz w:val="20"/>
        </w:rPr>
        <w:t>Si prega di voler prendere in carico la presente richiesta e di fornire l'estratto conto richiesto nei tempi previsti dalla normativa.</w:t>
      </w:r>
    </w:p>
    <w:p/>
    <w:p/>
    <w:p>
      <w:r>
        <w:rPr>
          <w:b w:val="0"/>
          <w:sz w:val="20"/>
        </w:rPr>
        <w:t>Luogo: _________________________________________________________________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per ricevuta e accettazione (Banca)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https://richiesta-pronta.com/fac-simile-richiesta-estratto-conto-defunto/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fac-simile-richiesta-estratto-conto-defunto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