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FAC SIMILE RICHIESTA DI DECLASSAMENTO TERRENO EDIFICABILE</w:t>
      </w:r>
    </w:p>
    <w:p/>
    <w:p/>
    <w:p>
      <w:r>
        <w:rPr>
          <w:b/>
          <w:sz w:val="20"/>
        </w:rPr>
        <w:t>Al Comune di ____________________________</w:t>
      </w:r>
    </w:p>
    <w:p>
      <w:r>
        <w:rPr>
          <w:b w:val="0"/>
          <w:sz w:val="20"/>
        </w:rPr>
        <w:t>Ufficio Urbanistica</w:t>
      </w:r>
    </w:p>
    <w:p/>
    <w:p>
      <w:r>
        <w:rPr>
          <w:b/>
          <w:sz w:val="20"/>
        </w:rPr>
        <w:t>Oggetto: Richiesta di declassamento di terreno edificabile</w:t>
      </w:r>
    </w:p>
    <w:p/>
    <w:p/>
    <w:p>
      <w:r>
        <w:rPr>
          <w:b w:val="0"/>
          <w:sz w:val="20"/>
        </w:rPr>
        <w:t>Il/la sottoscritto/a _____________________________________________________, nato/a a ____________________, residente in ________________________________, Via/Piazza __________________________ n. ____, codice fiscale ____________________________, in qualità di proprietario/a del terreno sito in ________________________________, identificato al Catasto Terreni del Comune di __________________, foglio ______, particella ________,</w:t>
      </w:r>
    </w:p>
    <w:p/>
    <w:p>
      <w:r>
        <w:rPr>
          <w:b/>
          <w:sz w:val="20"/>
        </w:rPr>
        <w:t>CHIEDE</w:t>
      </w:r>
    </w:p>
    <w:p/>
    <w:p>
      <w:r>
        <w:rPr>
          <w:b w:val="0"/>
          <w:sz w:val="20"/>
        </w:rPr>
        <w:t>che il terreno sopra indicato venga declassato dalla sua attuale destinazione edificabile a destinazione non edificabile, in conformità con le disposizioni degli strumenti urbanistici vigenti e in considerazione delle specifiche motivazioni di seguito riportate.</w:t>
      </w:r>
    </w:p>
    <w:p/>
    <w:p>
      <w:r>
        <w:rPr>
          <w:b/>
          <w:sz w:val="20"/>
        </w:rPr>
        <w:t>MOTIVAZIONI:</w:t>
      </w:r>
    </w:p>
    <w:p>
      <w:r>
        <w:rPr>
          <w:b w:val="0"/>
          <w:sz w:val="20"/>
        </w:rPr>
        <w:t>1. ___________________________________________________________________________</w:t>
      </w:r>
    </w:p>
    <w:p>
      <w:r>
        <w:rPr>
          <w:b w:val="0"/>
          <w:sz w:val="20"/>
        </w:rPr>
        <w:t>2. ___________________________________________________________________________</w:t>
      </w:r>
    </w:p>
    <w:p>
      <w:r>
        <w:rPr>
          <w:b w:val="0"/>
          <w:sz w:val="20"/>
        </w:rPr>
        <w:t>3. ___________________________________________________________________________</w:t>
      </w:r>
    </w:p>
    <w:p/>
    <w:p>
      <w:r>
        <w:rPr>
          <w:b w:val="0"/>
          <w:sz w:val="20"/>
        </w:rPr>
        <w:t>A tal fine, si allegano i seguenti documenti:</w:t>
      </w:r>
    </w:p>
    <w:p>
      <w:r>
        <w:rPr>
          <w:b w:val="0"/>
          <w:sz w:val="20"/>
        </w:rPr>
        <w:t>- Copia del documento di identità valido</w:t>
      </w:r>
    </w:p>
    <w:p>
      <w:r>
        <w:rPr>
          <w:b w:val="0"/>
          <w:sz w:val="20"/>
        </w:rPr>
        <w:t>- Visura catastale aggiornata del terreno</w:t>
      </w:r>
    </w:p>
    <w:p>
      <w:r>
        <w:rPr>
          <w:b w:val="0"/>
          <w:sz w:val="20"/>
        </w:rPr>
        <w:t>- Planimetria del terreno</w:t>
      </w:r>
    </w:p>
    <w:p>
      <w:r>
        <w:rPr>
          <w:b w:val="0"/>
          <w:sz w:val="20"/>
        </w:rPr>
        <w:t>- Eventuali ulteriori documenti a supporto della richiesta</w:t>
      </w:r>
    </w:p>
    <w:p/>
    <w:p>
      <w:r>
        <w:rPr>
          <w:b w:val="0"/>
          <w:sz w:val="20"/>
        </w:rPr>
        <w:t>Il/la sottoscritto/a si impegna a rispettare tutte le prescrizioni e le condizioni che l’Amministrazione Comunale vorrà eventualmente stabilire in merito alla presente istanza.</w:t>
      </w:r>
    </w:p>
    <w:p/>
    <w:p/>
    <w:p>
      <w:r>
        <w:rPr>
          <w:b w:val="0"/>
          <w:sz w:val="20"/>
        </w:rPr>
        <w:t>Luogo, _____________________________</w:t>
      </w:r>
    </w:p>
    <w:p>
      <w:r>
        <w:rPr>
          <w:b w:val="0"/>
          <w:sz w:val="20"/>
        </w:rPr>
        <w:t>Firma del richiedente</w:t>
      </w:r>
    </w:p>
    <w:p>
      <w:r>
        <w:rPr>
          <w:b w:val="0"/>
          <w:sz w:val="20"/>
        </w:rPr>
        <w:t>_______________________________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RICHIEDENTE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RESPONSABILE UFFICIO URBANISTICA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Firma: 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originale di questo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https://richiesta-pronta.com/fac-simile-richiesta-declassamento-terreno-edificabile/</w:t>
        </w:r>
      </w:hyperlink>
    </w:p>
    <w:p>
      <w:pPr>
        <w:jc w:val="center"/>
      </w:pPr>
      <w:r>
        <w:rPr>
          <w:color w:val="555555"/>
          <w:sz w:val="26"/>
        </w:rPr>
        <w:t>Questo modello ti è stato utile?</w:t>
      </w:r>
    </w:p>
    <w:p>
      <w:pPr>
        <w:jc w:val="center"/>
      </w:pPr>
      <w:r>
        <w:rPr>
          <w:color w:val="555555"/>
          <w:sz w:val="26"/>
        </w:rPr>
        <w:t>Trova altri modelli aggiornati su: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https://richiesta-pronta.com</w:t>
        </w:r>
      </w:hyperlink>
    </w:p>
    <w:p>
      <w:pPr>
        <w:jc w:val="center"/>
      </w:pPr>
      <w:r>
        <w:rPr>
          <w:color w:val="808080"/>
          <w:sz w:val="20"/>
        </w:rPr>
        <w:t>Questo modello è destinato esclusivamente a un uso personale e non commerciale.</w:t>
        <w:br/>
        <w:t>Qualsiasi diffusione o pubblicazione deve citare obbligatoriamente la fonte. © richiesta-pronta.com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richiesta-pronta.com/fac-simile-richiesta-declassamento-terreno-edificabile/" TargetMode="External"/><Relationship Id="rId10" Type="http://schemas.openxmlformats.org/officeDocument/2006/relationships/hyperlink" Target="https://richiesta-pront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