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RICHIESTA CU PROVVISORIA</w:t>
      </w:r>
    </w:p>
    <w:p/>
    <w:p/>
    <w:p>
      <w:r>
        <w:rPr>
          <w:b/>
          <w:sz w:val="20"/>
        </w:rPr>
        <w:t>Dati del Richiedente: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Codice Fiscale: _________________________________________________</w:t>
      </w:r>
    </w:p>
    <w:p>
      <w:r>
        <w:rPr>
          <w:b w:val="0"/>
          <w:sz w:val="20"/>
        </w:rPr>
        <w:t>Indirizzo: ______________________________________________________</w:t>
      </w:r>
    </w:p>
    <w:p>
      <w:r>
        <w:rPr>
          <w:b w:val="0"/>
          <w:sz w:val="20"/>
        </w:rPr>
        <w:t>Telefono: _______________________________________________________</w:t>
      </w:r>
    </w:p>
    <w:p>
      <w:r>
        <w:rPr>
          <w:b w:val="0"/>
          <w:sz w:val="20"/>
        </w:rPr>
        <w:t>Email: _________________________________________________________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Istituto Nazionale della Previdenza Sociale - INPS</w:t>
      </w:r>
    </w:p>
    <w:p>
      <w:r>
        <w:rPr>
          <w:b w:val="0"/>
          <w:sz w:val="20"/>
        </w:rPr>
        <w:t>Sede Territoriale Competente</w:t>
      </w:r>
    </w:p>
    <w:p>
      <w:r>
        <w:rPr>
          <w:b w:val="0"/>
          <w:sz w:val="20"/>
        </w:rPr>
        <w:t>Via ____________________________________, ________________________</w:t>
      </w:r>
    </w:p>
    <w:p/>
    <w:p/>
    <w:p>
      <w:r>
        <w:rPr>
          <w:b/>
          <w:sz w:val="20"/>
        </w:rPr>
        <w:t>Oggetto: Richiesta di Certificazione Unica (CU) provvisoria ai fini fiscali</w:t>
      </w:r>
    </w:p>
    <w:p/>
    <w:p/>
    <w:p>
      <w:r>
        <w:rPr>
          <w:b w:val="0"/>
          <w:sz w:val="20"/>
        </w:rPr>
        <w:t>Il/la sottoscritto/a ____________________________________________________, nato/a a ____________________________, il ________________, residente in ________________________________________________________, codice fiscale ________________________________,</w:t>
      </w:r>
    </w:p>
    <w:p>
      <w:r>
        <w:rPr>
          <w:b/>
          <w:sz w:val="20"/>
        </w:rPr>
        <w:t>con la presente</w:t>
      </w:r>
    </w:p>
    <w:p>
      <w:r>
        <w:rPr>
          <w:b w:val="0"/>
          <w:sz w:val="20"/>
        </w:rPr>
        <w:t>richiede il rilascio della Certificazione Unica provvisoria relativa ai redditi da lavoro dipendente, assimilati o pensione erogati nell'anno in corso, ai fini della compilazione della dichiarazione dei redditi.</w:t>
      </w:r>
    </w:p>
    <w:p/>
    <w:p>
      <w:r>
        <w:rPr>
          <w:b w:val="0"/>
          <w:sz w:val="20"/>
        </w:rPr>
        <w:t>A tal fine, dichiara sotto la propria responsabilità che i dati forniti sono veritieri e si impegna a comunicare eventuali variazioni o aggiornamenti che dovessero intervenire.</w:t>
      </w:r>
    </w:p>
    <w:p/>
    <w:p>
      <w:r>
        <w:rPr>
          <w:b w:val="0"/>
          <w:sz w:val="20"/>
        </w:rPr>
        <w:t>La richiesta è motivata dall'esigenza di disporre tempestivamente della certificazione per adempiere agli obblighi fiscali entro i termini previsti dalla normativa vigente.</w:t>
      </w:r>
    </w:p>
    <w:p/>
    <w:p/>
    <w:p>
      <w:r>
        <w:rPr>
          <w:b/>
          <w:sz w:val="20"/>
        </w:rPr>
        <w:t>Ai sensi dell'art. 4, comma 1, del Decreto Legislativo 21 aprile 1993, n. 124, e successive modifiche, nonché del D.P.R. 22 luglio 1998, n. 322,</w:t>
      </w:r>
    </w:p>
    <w:p>
      <w:r>
        <w:rPr>
          <w:b w:val="0"/>
          <w:sz w:val="20"/>
        </w:rPr>
        <w:t>si richiede quindi la trasmissione della Certificazione Unica provvisoria.</w:t>
      </w:r>
    </w:p>
    <w:p/>
    <w:p/>
    <w:p>
      <w:r>
        <w:rPr>
          <w:b w:val="0"/>
          <w:sz w:val="20"/>
        </w:rPr>
        <w:t>Per eventuali comunicazioni è possibile contattare il/la sottoscritto/a ai recapiti sopra indicati.</w:t>
      </w:r>
    </w:p>
    <w:p/>
    <w:p/>
    <w:p>
      <w:r>
        <w:rPr>
          <w:b w:val="0"/>
          <w:sz w:val="20"/>
        </w:rPr>
        <w:t>Ringraziando per la cortese attenzione, porgo distinti saluti.</w:t>
      </w:r>
    </w:p>
    <w:p/>
    <w:p/>
    <w:p/>
    <w:p>
      <w:r>
        <w:rPr>
          <w:b w:val="0"/>
          <w:sz w:val="20"/>
        </w:rPr>
        <w:t>Firma del Richiedente: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Luogo: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Data: 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https://richiesta-pronta.com/fac-simile-richiesta-cu-provvisoria/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fac-simile-richiesta-cu-provvisoria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