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Email Richiesta Tirocinio Universitario</w:t>
      </w:r>
    </w:p>
    <w:p/>
    <w:p/>
    <w:p>
      <w:r>
        <w:rPr>
          <w:b/>
          <w:sz w:val="20"/>
        </w:rPr>
        <w:t>Da :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Corso di Laurea : ________________________________________________</w:t>
      </w:r>
    </w:p>
    <w:p>
      <w:r>
        <w:rPr>
          <w:b w:val="0"/>
          <w:sz w:val="20"/>
        </w:rPr>
        <w:t>Università : _____________________________________________________</w:t>
      </w:r>
    </w:p>
    <w:p>
      <w:r>
        <w:rPr>
          <w:b w:val="0"/>
          <w:sz w:val="20"/>
        </w:rPr>
        <w:t>Email : _________________________________________________________</w:t>
      </w:r>
    </w:p>
    <w:p/>
    <w:p>
      <w:r>
        <w:rPr>
          <w:b/>
          <w:sz w:val="20"/>
        </w:rPr>
        <w:t>A :</w:t>
      </w:r>
    </w:p>
    <w:p>
      <w:r>
        <w:rPr>
          <w:b w:val="0"/>
          <w:sz w:val="20"/>
        </w:rPr>
        <w:t>Nome Azienda/Ente : _____________________________________________</w:t>
      </w:r>
    </w:p>
    <w:p>
      <w:r>
        <w:rPr>
          <w:b w:val="0"/>
          <w:sz w:val="20"/>
        </w:rPr>
        <w:t>Ufficio/Responsabile Tirocini : ___________________________________</w:t>
      </w:r>
    </w:p>
    <w:p>
      <w:r>
        <w:rPr>
          <w:b w:val="0"/>
          <w:sz w:val="20"/>
        </w:rPr>
        <w:t>Indirizzo Email : ________________________________________________</w:t>
      </w:r>
    </w:p>
    <w:p/>
    <w:p/>
    <w:p>
      <w:r>
        <w:rPr>
          <w:b/>
          <w:sz w:val="20"/>
        </w:rPr>
        <w:t>Oggetto :</w:t>
      </w:r>
    </w:p>
    <w:p>
      <w:r>
        <w:rPr>
          <w:b w:val="0"/>
          <w:sz w:val="20"/>
        </w:rPr>
        <w:t>Richiesta di Attivazione Tirocinio Universitario</w:t>
      </w:r>
    </w:p>
    <w:p/>
    <w:p/>
    <w:p>
      <w:r>
        <w:rPr>
          <w:b w:val="0"/>
          <w:sz w:val="20"/>
        </w:rPr>
        <w:t>Gentile Responsabile,</w:t>
      </w:r>
    </w:p>
    <w:p/>
    <w:p>
      <w:r>
        <w:rPr>
          <w:b w:val="0"/>
          <w:sz w:val="20"/>
        </w:rPr>
        <w:t>mi chiamo ____________________________, studente/essa iscritto/a al corso di laurea in _____________________________ presso l'Università ________________________. Con la presente desidero manifestare il mio interesse a svolgere un tirocinio formativo presso la vostra stimata azienda/ente, al fine di acquisire competenze pratiche e approfondire le conoscenze teoriche acquisite durante il percorso accademico.</w:t>
      </w:r>
    </w:p>
    <w:p/>
    <w:p>
      <w:r>
        <w:rPr>
          <w:b w:val="0"/>
          <w:sz w:val="20"/>
        </w:rPr>
        <w:t>Il tirocinio rappresenta per me un'importante opportunità di crescita professionale e personale. Sono disponibile a svolgere le attività previste dal piano formativo concordato con il mio tutor universitario e con il referente aziendale, rispettando gli orari e le modalità operative stabilite.</w:t>
      </w:r>
    </w:p>
    <w:p/>
    <w:p>
      <w:r>
        <w:rPr>
          <w:b w:val="0"/>
          <w:sz w:val="20"/>
        </w:rPr>
        <w:t>Allego alla presente la documentazione necessaria per l'attivazione del tirocinio, comprensiva di piano formativo, convenzione e modulistica richiesta dall'Università. Resto a disposizione per qualsiasi ulteriore informazione o per un eventuale colloquio conoscitivo.</w:t>
      </w:r>
    </w:p>
    <w:p/>
    <w:p>
      <w:r>
        <w:rPr>
          <w:b w:val="0"/>
          <w:sz w:val="20"/>
        </w:rPr>
        <w:t>RingraziandoLa anticipatamente per l'attenzione e la disponibilità, porgo cordiali saluti.</w:t>
      </w:r>
    </w:p>
    <w:p/>
    <w:p/>
    <w:p>
      <w:r>
        <w:rPr>
          <w:b w:val="0"/>
          <w:sz w:val="20"/>
        </w:rPr>
        <w:t>Cordiali saluti,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Nome e Cognome</w:t>
      </w:r>
    </w:p>
    <w:p>
      <w:r>
        <w:rPr>
          <w:b w:val="0"/>
          <w:sz w:val="20"/>
        </w:rPr>
        <w:t>Numero di telefono : _________________________</w:t>
      </w:r>
    </w:p>
    <w:p>
      <w:r>
        <w:rPr>
          <w:b w:val="0"/>
          <w:sz w:val="20"/>
        </w:rPr>
        <w:t>Email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https://richiesta-pronta.com/esempio-email-richiesta-tirocinio-universitario/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esempio-email-richiesta-tirocinio-universitari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